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יסודי (א׳–ו׳) · ממלכתי־דתי · חלק ב: מ־31.1 עד 2.7.2027</w:t>
      </w:r>
    </w:p>
    <w:p>
      <w:pPr>
        <w:bidi/>
        <w:jc w:val="center"/>
      </w:pPr>
      <w:r>
        <w:rPr>
          <w:rFonts w:ascii="Arial" w:hAnsi="Arial" w:cs="Arial"/>
          <w:color w:val="555577"/>
          <w:sz w:val="28"/>
          <w:rtl/>
          <w:szCs w:val="28"/>
        </w:rPr>
        <w:t>חוברת שנתית למורה: לכל שבוע ערך, סיפור, שאלות, חידה, מטרות ומעגל סיכום – עם רגע של פרשה ומילים מהפרשה לחיים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ענווה – שבוע 31.1 עד 5.2.2027 · כ״ג שבט תשפ״ז</w:t>
      </w:r>
    </w:p>
    <w:p>
      <w:pPr>
        <w:bidi/>
        <w:jc w:val="right"/>
      </w:pPr>
      <w:r>
        <w:rPr>
          <w:rFonts w:ascii="Arial" w:hAnsi="Arial" w:cs="Arial"/>
          <w:color w:val="555577"/>
          <w:sz w:val="24"/>
          <w:rtl/>
          <w:szCs w:val="24"/>
        </w:rPr>
        <w:t>להכיר בכוחות שלנו בלי להתנשא, ולהשאיר מקום גם לאחרים · המשפט של השבוע: "מי שיודע הרבה יודע גם כמה עוד אפשר ללמוד"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שְׂמֵחִים בְּהַצְלָחָה בְּלִי לְהִתְגָּאוֹת</w:t>
      </w:r>
    </w:p>
    <w:p>
      <w:pPr>
        <w:bidi/>
        <w:jc w:val="right"/>
      </w:pPr>
      <w:r>
        <w:rPr>
          <w:rFonts w:ascii="Arial" w:hAnsi="Arial" w:cs="Arial"/>
          <w:sz w:val="24"/>
          <w:rtl/>
          <w:szCs w:val="24"/>
        </w:rPr>
        <w:t>סיפור (א׳–ד׳): דניאל בנה את מגדל הקוביות הכי גבוה בכיתה. במקום לצעוק שהוא הכי טוב, הוא אמר לאלמז: בואי נבנה עוד אחד ביחד. ביחד המגדל יצא אפילו יותר גבוה.</w:t>
      </w:r>
    </w:p>
    <w:p>
      <w:pPr>
        <w:bidi/>
        <w:jc w:val="right"/>
      </w:pPr>
      <w:r>
        <w:rPr>
          <w:rFonts w:ascii="Arial" w:hAnsi="Arial" w:cs="Arial"/>
          <w:sz w:val="24"/>
          <w:rtl/>
          <w:szCs w:val="24"/>
        </w:rPr>
        <w:t>• מה הרגישה אלמז כשדניאל הזמין אותה לבנות?</w:t>
      </w:r>
    </w:p>
    <w:p>
      <w:pPr>
        <w:bidi/>
        <w:jc w:val="right"/>
      </w:pPr>
      <w:r>
        <w:rPr>
          <w:rFonts w:ascii="Arial" w:hAnsi="Arial" w:cs="Arial"/>
          <w:sz w:val="24"/>
          <w:rtl/>
          <w:szCs w:val="24"/>
        </w:rPr>
        <w:t>• איך אפשר לשמוח בהצלחה בלי להעליב אחרים?</w:t>
      </w:r>
    </w:p>
    <w:p>
      <w:pPr>
        <w:bidi/>
        <w:jc w:val="right"/>
      </w:pPr>
      <w:r>
        <w:rPr>
          <w:rFonts w:ascii="Arial" w:hAnsi="Arial" w:cs="Arial"/>
          <w:sz w:val="24"/>
          <w:rtl/>
          <w:szCs w:val="24"/>
        </w:rPr>
        <w:t>סיפור (ה׳–ו׳): איתי קלע את השער המכריע במשחק הכיתתי. כולם הרימו אותו על הכתפיים. איתי אמר: בלי המסירה של נועה לא הייתי קולע בכלל. נועה הסמיקה, וכל הקבוצה הרגישה שהניצחון שייך לכולם.</w:t>
      </w:r>
    </w:p>
    <w:p>
      <w:pPr>
        <w:bidi/>
        <w:jc w:val="right"/>
      </w:pPr>
      <w:r>
        <w:rPr>
          <w:rFonts w:ascii="Arial" w:hAnsi="Arial" w:cs="Arial"/>
          <w:sz w:val="24"/>
          <w:rtl/>
          <w:szCs w:val="24"/>
        </w:rPr>
        <w:t>• למה איתי הזכיר את נועה?</w:t>
      </w:r>
    </w:p>
    <w:p>
      <w:pPr>
        <w:bidi/>
        <w:jc w:val="right"/>
      </w:pPr>
      <w:r>
        <w:rPr>
          <w:rFonts w:ascii="Arial" w:hAnsi="Arial" w:cs="Arial"/>
          <w:sz w:val="24"/>
          <w:rtl/>
          <w:szCs w:val="24"/>
        </w:rPr>
        <w:t>• מי עזר לכם בהצלחה האחרונה שלכם?</w:t>
      </w:r>
    </w:p>
    <w:p>
      <w:pPr>
        <w:bidi/>
        <w:jc w:val="right"/>
      </w:pPr>
      <w:r>
        <w:rPr>
          <w:rFonts w:ascii="Arial" w:hAnsi="Arial" w:cs="Arial"/>
          <w:b/>
          <w:color w:val="2B8A3E"/>
          <w:sz w:val="26"/>
          <w:rtl/>
          <w:szCs w:val="26"/>
          <w:bCs/>
        </w:rPr>
        <w:t>▌ 📜 פרשת משפטים</w:t>
      </w:r>
    </w:p>
    <w:p>
      <w:pPr>
        <w:bidi/>
        <w:jc w:val="right"/>
      </w:pPr>
      <w:r>
        <w:rPr>
          <w:rFonts w:ascii="Arial" w:hAnsi="Arial" w:cs="Arial"/>
          <w:sz w:val="24"/>
          <w:rtl/>
          <w:szCs w:val="24"/>
        </w:rPr>
        <w:t>"ואתם ידעתם את נפש הגר כי גרים הייתם בארץ מצרים" (שמות כג, ט) – לוודא</w:t>
      </w:r>
    </w:p>
    <w:p>
      <w:pPr>
        <w:bidi/>
        <w:jc w:val="right"/>
      </w:pPr>
      <w:r>
        <w:rPr>
          <w:rFonts w:ascii="Arial" w:hAnsi="Arial" w:cs="Arial"/>
          <w:sz w:val="24"/>
          <w:rtl/>
          <w:szCs w:val="24"/>
        </w:rPr>
        <w:t>התורה מבקשת לשמור על מי שמגיע ממקום אחר ועוד לא מכיר. היא מזכירה: גם אתם הייתם פעם חדשים במקום זר, ואתם יודעים איך זה מרגיש.</w:t>
      </w:r>
    </w:p>
    <w:p>
      <w:pPr>
        <w:bidi/>
        <w:jc w:val="right"/>
      </w:pPr>
      <w:r>
        <w:rPr>
          <w:rFonts w:ascii="Arial" w:hAnsi="Arial" w:cs="Arial"/>
          <w:sz w:val="24"/>
          <w:rtl/>
          <w:szCs w:val="24"/>
        </w:rPr>
        <w:t>שאלה: איך הרגשתם כשהייתם חדשים במקום כלשהו, ומה עזר לכם?</w:t>
      </w:r>
    </w:p>
    <w:p>
      <w:pPr>
        <w:bidi/>
        <w:jc w:val="right"/>
      </w:pPr>
      <w:r>
        <w:rPr>
          <w:rFonts w:ascii="Arial" w:hAnsi="Arial" w:cs="Arial"/>
          <w:b/>
          <w:color w:val="2B8A3E"/>
          <w:sz w:val="26"/>
          <w:rtl/>
          <w:szCs w:val="26"/>
          <w:bCs/>
        </w:rPr>
        <w:t>▌ ✨ מילים מהפרשה לחיים: "נעשה ונשמע" (שמות כד, ז)</w:t>
      </w:r>
    </w:p>
    <w:p>
      <w:pPr>
        <w:bidi/>
        <w:jc w:val="right"/>
      </w:pPr>
      <w:r>
        <w:rPr>
          <w:rFonts w:ascii="Arial" w:hAnsi="Arial" w:cs="Arial"/>
          <w:sz w:val="24"/>
          <w:rtl/>
          <w:szCs w:val="24"/>
        </w:rPr>
        <w:t>בני ישראל אמרו "נעשה ונשמע" – מוכנים להתחיל לפני שהבינו הכול. לפעמים מתוך העשייה עצמה, בתפילה, במצווה קטנה או במעשה טוב, אנחנו מבינים יותר. השבוע נתחיל משהו טוב גם אם עוד לא ברור לנו הכול.</w:t>
      </w:r>
    </w:p>
    <w:p>
      <w:pPr>
        <w:bidi/>
        <w:jc w:val="right"/>
      </w:pPr>
      <w:r>
        <w:rPr>
          <w:rFonts w:ascii="Arial" w:hAnsi="Arial" w:cs="Arial"/>
          <w:sz w:val="24"/>
          <w:rtl/>
          <w:szCs w:val="24"/>
        </w:rPr>
        <w:t>שאלה: מה למדתם רק אחרי שהתחלתם לעשות אותו?</w:t>
      </w:r>
    </w:p>
    <w:p>
      <w:pPr>
        <w:bidi/>
        <w:jc w:val="right"/>
      </w:pPr>
      <w:r>
        <w:rPr>
          <w:rFonts w:ascii="Arial" w:hAnsi="Arial" w:cs="Arial"/>
          <w:sz w:val="24"/>
          <w:rtl/>
          <w:szCs w:val="24"/>
        </w:rPr>
        <w:t>🧩 חידה: אני הכי גבוה כשאני צעיר, והכי נמוך כשאני זקן. אני בוכה טיפות כשדולקת בי אש. מה אני?  (תשובה: נר)</w:t>
      </w:r>
    </w:p>
    <w:p>
      <w:pPr>
        <w:bidi/>
        <w:jc w:val="right"/>
      </w:pPr>
      <w:r>
        <w:rPr>
          <w:rFonts w:ascii="Arial" w:hAnsi="Arial" w:cs="Arial"/>
          <w:sz w:val="24"/>
          <w:rtl/>
          <w:szCs w:val="24"/>
        </w:rPr>
        <w:t>🎯 מטרות: להגיד תודה למי שעזר לי · לשמוח בהצלחה של חבר או חברה · לתת למישהו אחר להיות ראשון</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הצלחה של השבוע ועל מי שעזר לכם להגיע אליה</w:t>
      </w:r>
    </w:p>
    <w:p>
      <w:pPr>
        <w:bidi/>
        <w:jc w:val="right"/>
      </w:pPr>
      <w:r>
        <w:rPr>
          <w:rFonts w:ascii="Arial" w:hAnsi="Arial" w:cs="Arial"/>
          <w:sz w:val="24"/>
          <w:rtl/>
          <w:szCs w:val="24"/>
        </w:rPr>
        <w:t>• 🙏 למי אתם רוצים להודות על עזרה שקטה שאולי אף אחד לא ראה?</w:t>
      </w:r>
    </w:p>
    <w:p>
      <w:pPr>
        <w:bidi/>
        <w:jc w:val="right"/>
      </w:pPr>
      <w:r>
        <w:rPr>
          <w:rFonts w:ascii="Arial" w:hAnsi="Arial" w:cs="Arial"/>
          <w:sz w:val="24"/>
          <w:rtl/>
          <w:szCs w:val="24"/>
        </w:rPr>
        <w:t>• 💛 העבירו מחמאה למישהו שעזר בשקט, בלי לבקש תשומת לב</w:t>
      </w:r>
    </w:p>
    <w:p>
      <w:pPr>
        <w:bidi/>
        <w:jc w:val="right"/>
      </w:pPr>
      <w:r>
        <w:rPr>
          <w:rFonts w:ascii="Arial" w:hAnsi="Arial" w:cs="Arial"/>
          <w:sz w:val="24"/>
          <w:rtl/>
          <w:szCs w:val="24"/>
        </w:rPr>
        <w:t>• 💡 מה למדתי השבוע ממישהו אחר בכיתה?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חשבו בשקט על דבר אחד שאתם טובים בו ועל דבר אחד שאתם עוד לומדים – שניהם בסדר גמור</w:t>
      </w:r>
    </w:p>
    <w:p>
      <w:pPr>
        <w:bidi/>
        <w:pStyle w:val="Heading2"/>
        <w:jc w:val="right"/>
      </w:pPr>
      <w:r>
        <w:rPr>
          <w:rFonts w:ascii="Arial" w:hAnsi="Arial" w:cs="Arial"/>
          <w:b/>
          <w:color w:val="2B8A3E"/>
          <w:sz w:val="32"/>
          <w:rtl/>
          <w:szCs w:val="32"/>
          <w:bCs/>
        </w:rPr>
        <w:t>🌤️ אופטימיות – שבוע 7.2 עד 12.2.2027 · ל׳ שבט תשפ״ז</w:t>
      </w:r>
    </w:p>
    <w:p>
      <w:pPr>
        <w:bidi/>
        <w:jc w:val="right"/>
      </w:pPr>
      <w:r>
        <w:rPr>
          <w:rFonts w:ascii="Arial" w:hAnsi="Arial" w:cs="Arial"/>
          <w:color w:val="555577"/>
          <w:sz w:val="24"/>
          <w:rtl/>
          <w:szCs w:val="24"/>
        </w:rPr>
        <w:t>להאמין שדברים יכולים להשתפר, ולחפש את הטוב גם ביום קשה · המשפט של השבוע: "גם ביום אפור מסתתרת קרן שמש קטנה – רק צריך לחפש"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מְחַפְּשִׂים אֶת הַטּוֹב בְּכָל יוֹם</w:t>
      </w:r>
    </w:p>
    <w:p>
      <w:pPr>
        <w:bidi/>
        <w:jc w:val="right"/>
      </w:pPr>
      <w:r>
        <w:rPr>
          <w:rFonts w:ascii="Arial" w:hAnsi="Arial" w:cs="Arial"/>
          <w:sz w:val="24"/>
          <w:rtl/>
          <w:szCs w:val="24"/>
        </w:rPr>
        <w:t>סיפור (א׳–ד׳): ביום הטיול ירד גשם, והטיול נדחה. מאיה הייתה עצובה, ואז הציעה: בואו נעשה פיקניק על הרצפה של הכיתה! כולם פרשו מגבות וצחקו עד הצלצול.</w:t>
      </w:r>
    </w:p>
    <w:p>
      <w:pPr>
        <w:bidi/>
        <w:jc w:val="right"/>
      </w:pPr>
      <w:r>
        <w:rPr>
          <w:rFonts w:ascii="Arial" w:hAnsi="Arial" w:cs="Arial"/>
          <w:sz w:val="24"/>
          <w:rtl/>
          <w:szCs w:val="24"/>
        </w:rPr>
        <w:t>• מה עשתה מאיה כשהטיול נדחה?</w:t>
      </w:r>
    </w:p>
    <w:p>
      <w:pPr>
        <w:bidi/>
        <w:jc w:val="right"/>
      </w:pPr>
      <w:r>
        <w:rPr>
          <w:rFonts w:ascii="Arial" w:hAnsi="Arial" w:cs="Arial"/>
          <w:sz w:val="24"/>
          <w:rtl/>
          <w:szCs w:val="24"/>
        </w:rPr>
        <w:t>• מה משמח אתכם ביום של גשם?</w:t>
      </w:r>
    </w:p>
    <w:p>
      <w:pPr>
        <w:bidi/>
        <w:jc w:val="right"/>
      </w:pPr>
      <w:r>
        <w:rPr>
          <w:rFonts w:ascii="Arial" w:hAnsi="Arial" w:cs="Arial"/>
          <w:sz w:val="24"/>
          <w:rtl/>
          <w:szCs w:val="24"/>
        </w:rPr>
        <w:t>סיפור (ה׳–ו׳): יוסף קיבל ציון נמוך במבחן באנגלית. בדרך הביתה הוא חשב: אני אף פעם לא אצליח. אחר כך נזכר שבחשבון הוא השתפר מאוד אחרי שהתאמן. הוא החליט לבקש מאחותו הגדולה לתרגל איתו פעמיים בשבוע.</w:t>
      </w:r>
    </w:p>
    <w:p>
      <w:pPr>
        <w:bidi/>
        <w:jc w:val="right"/>
      </w:pPr>
      <w:r>
        <w:rPr>
          <w:rFonts w:ascii="Arial" w:hAnsi="Arial" w:cs="Arial"/>
          <w:sz w:val="24"/>
          <w:rtl/>
          <w:szCs w:val="24"/>
        </w:rPr>
        <w:t>• מה עזר ליוסף לשנות את המחשבה שלו?</w:t>
      </w:r>
    </w:p>
    <w:p>
      <w:pPr>
        <w:bidi/>
        <w:jc w:val="right"/>
      </w:pPr>
      <w:r>
        <w:rPr>
          <w:rFonts w:ascii="Arial" w:hAnsi="Arial" w:cs="Arial"/>
          <w:sz w:val="24"/>
          <w:rtl/>
          <w:szCs w:val="24"/>
        </w:rPr>
        <w:t>• איזה משפט אופטימי אפשר להגיד לעצמנו אחרי טעות?</w:t>
      </w:r>
    </w:p>
    <w:p>
      <w:pPr>
        <w:bidi/>
        <w:jc w:val="right"/>
      </w:pPr>
      <w:r>
        <w:rPr>
          <w:rFonts w:ascii="Arial" w:hAnsi="Arial" w:cs="Arial"/>
          <w:b/>
          <w:color w:val="2B8A3E"/>
          <w:sz w:val="26"/>
          <w:rtl/>
          <w:szCs w:val="26"/>
          <w:bCs/>
        </w:rPr>
        <w:t>▌ 📜 פרשת תרומה</w:t>
      </w:r>
    </w:p>
    <w:p>
      <w:pPr>
        <w:bidi/>
        <w:jc w:val="right"/>
      </w:pPr>
      <w:r>
        <w:rPr>
          <w:rFonts w:ascii="Arial" w:hAnsi="Arial" w:cs="Arial"/>
          <w:sz w:val="24"/>
          <w:rtl/>
          <w:szCs w:val="24"/>
        </w:rPr>
        <w:t>"מאת כל איש אשר ידבנו לבו תקחו את תרומתי" (שמות כה, ב) – לוודא</w:t>
      </w:r>
    </w:p>
    <w:p>
      <w:pPr>
        <w:bidi/>
        <w:jc w:val="right"/>
      </w:pPr>
      <w:r>
        <w:rPr>
          <w:rFonts w:ascii="Arial" w:hAnsi="Arial" w:cs="Arial"/>
          <w:sz w:val="24"/>
          <w:rtl/>
          <w:szCs w:val="24"/>
        </w:rPr>
        <w:t>בני ישראל בונים יחד משכן. כל אחד מביא מה שהוא רוצה, מכל הלב – ואף אחד לא מכריח.</w:t>
      </w:r>
    </w:p>
    <w:p>
      <w:pPr>
        <w:bidi/>
        <w:jc w:val="right"/>
      </w:pPr>
      <w:r>
        <w:rPr>
          <w:rFonts w:ascii="Arial" w:hAnsi="Arial" w:cs="Arial"/>
          <w:sz w:val="24"/>
          <w:rtl/>
          <w:szCs w:val="24"/>
        </w:rPr>
        <w:t>שאלה: מה אתם יכולים להביא מעצמכם כדי לבנות כיתה טובה?</w:t>
      </w:r>
    </w:p>
    <w:p>
      <w:pPr>
        <w:bidi/>
        <w:jc w:val="right"/>
      </w:pPr>
      <w:r>
        <w:rPr>
          <w:rFonts w:ascii="Arial" w:hAnsi="Arial" w:cs="Arial"/>
          <w:b/>
          <w:color w:val="2B8A3E"/>
          <w:sz w:val="26"/>
          <w:rtl/>
          <w:szCs w:val="26"/>
          <w:bCs/>
        </w:rPr>
        <w:t>▌ ✨ מילים מהפרשה לחיים: "ושכנתי בתוכם" (שמות כה, ח)</w:t>
      </w:r>
    </w:p>
    <w:p>
      <w:pPr>
        <w:bidi/>
        <w:jc w:val="right"/>
      </w:pPr>
      <w:r>
        <w:rPr>
          <w:rFonts w:ascii="Arial" w:hAnsi="Arial" w:cs="Arial"/>
          <w:sz w:val="24"/>
          <w:rtl/>
          <w:szCs w:val="24"/>
        </w:rPr>
        <w:t>המשכן נבנה כדי שה' ישכון בתוך העם – בתוך האנשים, לא רק בתוך הבניין. גם הכיתה שלנו יכולה להיות מקום שבו מרגישים טוב ושייכים, כשכל אחד מביא משהו מעצמו.</w:t>
      </w:r>
    </w:p>
    <w:p>
      <w:pPr>
        <w:bidi/>
        <w:jc w:val="right"/>
      </w:pPr>
      <w:r>
        <w:rPr>
          <w:rFonts w:ascii="Arial" w:hAnsi="Arial" w:cs="Arial"/>
          <w:sz w:val="24"/>
          <w:rtl/>
          <w:szCs w:val="24"/>
        </w:rPr>
        <w:t>שאלה: מה אתם מביאים מעצמכם כדי שהכיתה תהיה מקום טוב?</w:t>
      </w:r>
    </w:p>
    <w:p>
      <w:pPr>
        <w:bidi/>
        <w:jc w:val="right"/>
      </w:pPr>
      <w:r>
        <w:rPr>
          <w:rFonts w:ascii="Arial" w:hAnsi="Arial" w:cs="Arial"/>
          <w:sz w:val="24"/>
          <w:rtl/>
          <w:szCs w:val="24"/>
        </w:rPr>
        <w:t>🧩 חידה: אחרי הגשם אני מופיעה בשמיים עם שבעה צבעים, ונעלמת כשהשמש מסתתרת. מי אני?  (תשובה: קשת בענן)</w:t>
      </w:r>
    </w:p>
    <w:p>
      <w:pPr>
        <w:bidi/>
        <w:jc w:val="right"/>
      </w:pPr>
      <w:r>
        <w:rPr>
          <w:rFonts w:ascii="Arial" w:hAnsi="Arial" w:cs="Arial"/>
          <w:sz w:val="24"/>
          <w:rtl/>
          <w:szCs w:val="24"/>
        </w:rPr>
        <w:t>🎯 מטרות: לספר כל ערב על דבר טוב אחד שקרה לי · לחייך למישהו שנראה עצוב · להגיד אני אנסה במקום אני לא יכול או יכולה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ברגע השבוע שהתחיל לא טוב והסתיים טוב יותר</w:t>
      </w:r>
    </w:p>
    <w:p>
      <w:pPr>
        <w:bidi/>
        <w:jc w:val="right"/>
      </w:pPr>
      <w:r>
        <w:rPr>
          <w:rFonts w:ascii="Arial" w:hAnsi="Arial" w:cs="Arial"/>
          <w:sz w:val="24"/>
          <w:rtl/>
          <w:szCs w:val="24"/>
        </w:rPr>
        <w:t>• 🙏 למי אתם רוצים להודות על כך שהרים לכם את מצב הרוח?</w:t>
      </w:r>
    </w:p>
    <w:p>
      <w:pPr>
        <w:bidi/>
        <w:jc w:val="right"/>
      </w:pPr>
      <w:r>
        <w:rPr>
          <w:rFonts w:ascii="Arial" w:hAnsi="Arial" w:cs="Arial"/>
          <w:sz w:val="24"/>
          <w:rtl/>
          <w:szCs w:val="24"/>
        </w:rPr>
        <w:t>• 💛 העבירו מחמאה על חיוך, על עידוד או על מילה טובה שקיבלתם השבוע</w:t>
      </w:r>
    </w:p>
    <w:p>
      <w:pPr>
        <w:bidi/>
        <w:jc w:val="right"/>
      </w:pPr>
      <w:r>
        <w:rPr>
          <w:rFonts w:ascii="Arial" w:hAnsi="Arial" w:cs="Arial"/>
          <w:sz w:val="24"/>
          <w:rtl/>
          <w:szCs w:val="24"/>
        </w:rPr>
        <w:t>• 💡 מה למדתי השבוע על הדרך שבה אני מסתכל או מסתכלת על דברים?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פנימה תקווה, נשפו החוצה דאגה, ותנו לשבוע הבא להגיע בנחת</w:t>
      </w:r>
    </w:p>
    <w:p>
      <w:pPr>
        <w:bidi/>
        <w:pStyle w:val="Heading2"/>
        <w:jc w:val="right"/>
      </w:pPr>
      <w:r>
        <w:rPr>
          <w:rFonts w:ascii="Arial" w:hAnsi="Arial" w:cs="Arial"/>
          <w:b/>
          <w:color w:val="2B8A3E"/>
          <w:sz w:val="32"/>
          <w:rtl/>
          <w:szCs w:val="32"/>
          <w:bCs/>
        </w:rPr>
        <w:t>🌱 שמירה על הסביבה – שבוע 14.2 עד 19.2.2027 · ז׳ אדר א׳ תשפ״ז</w:t>
      </w:r>
    </w:p>
    <w:p>
      <w:pPr>
        <w:bidi/>
        <w:jc w:val="right"/>
      </w:pPr>
      <w:r>
        <w:rPr>
          <w:rFonts w:ascii="Arial" w:hAnsi="Arial" w:cs="Arial"/>
          <w:color w:val="555577"/>
          <w:sz w:val="24"/>
          <w:rtl/>
          <w:szCs w:val="24"/>
        </w:rPr>
        <w:t>לדאוג לטבע, לאוויר, למים ולמקום שבו אנחנו חיים, היום ולמען הדורות הבאים · המשפט של השבוע: "כדור הארץ הוא הבית היחיד שלנו – בואו נשמור עליו יחד"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שׁוֹמְרִים עַל הָעוֹלָם הַיָּפֶה שֶׁלָּנוּ</w:t>
      </w:r>
    </w:p>
    <w:p>
      <w:pPr>
        <w:bidi/>
        <w:jc w:val="right"/>
      </w:pPr>
      <w:r>
        <w:rPr>
          <w:rFonts w:ascii="Arial" w:hAnsi="Arial" w:cs="Arial"/>
          <w:sz w:val="24"/>
          <w:rtl/>
          <w:szCs w:val="24"/>
        </w:rPr>
        <w:t>סיפור (א׳–ד׳): אחרי ההפסקה החצר הייתה מלאה עטיפות. אלמז ואיתי לקחו שקית והתחילו לאסוף. עוד ועוד ילדים הצטרפו, ותוך חמש דקות החצר הייתה נקייה ונוצצת.</w:t>
      </w:r>
    </w:p>
    <w:p>
      <w:pPr>
        <w:bidi/>
        <w:jc w:val="right"/>
      </w:pPr>
      <w:r>
        <w:rPr>
          <w:rFonts w:ascii="Arial" w:hAnsi="Arial" w:cs="Arial"/>
          <w:sz w:val="24"/>
          <w:rtl/>
          <w:szCs w:val="24"/>
        </w:rPr>
        <w:t>• מה קרה כשעוד ילדים הצטרפו לאיסוף?</w:t>
      </w:r>
    </w:p>
    <w:p>
      <w:pPr>
        <w:bidi/>
        <w:jc w:val="right"/>
      </w:pPr>
      <w:r>
        <w:rPr>
          <w:rFonts w:ascii="Arial" w:hAnsi="Arial" w:cs="Arial"/>
          <w:sz w:val="24"/>
          <w:rtl/>
          <w:szCs w:val="24"/>
        </w:rPr>
        <w:t>• איך אתם שומרים על הטבע?</w:t>
      </w:r>
    </w:p>
    <w:p>
      <w:pPr>
        <w:bidi/>
        <w:jc w:val="right"/>
      </w:pPr>
      <w:r>
        <w:rPr>
          <w:rFonts w:ascii="Arial" w:hAnsi="Arial" w:cs="Arial"/>
          <w:sz w:val="24"/>
          <w:rtl/>
          <w:szCs w:val="24"/>
        </w:rPr>
        <w:t>סיפור (ה׳–ו׳): בבית של טל תמיד נשאר האור דולק בחדר הריק, והברז פתוח בזמן צחצוח השיניים. טל הדביק פתקים קטנים: כבו אותי! סגרו אותי! בהתחלה כולם צחקו, אבל אחרי שבוע גם סבא התחיל לכבות אורות.</w:t>
      </w:r>
    </w:p>
    <w:p>
      <w:pPr>
        <w:bidi/>
        <w:jc w:val="right"/>
      </w:pPr>
      <w:r>
        <w:rPr>
          <w:rFonts w:ascii="Arial" w:hAnsi="Arial" w:cs="Arial"/>
          <w:sz w:val="24"/>
          <w:rtl/>
          <w:szCs w:val="24"/>
        </w:rPr>
        <w:t>• איזה הרגל קטן בבית יכול לחסוך מים או חשמל?</w:t>
      </w:r>
    </w:p>
    <w:p>
      <w:pPr>
        <w:bidi/>
        <w:jc w:val="right"/>
      </w:pPr>
      <w:r>
        <w:rPr>
          <w:rFonts w:ascii="Arial" w:hAnsi="Arial" w:cs="Arial"/>
          <w:sz w:val="24"/>
          <w:rtl/>
          <w:szCs w:val="24"/>
        </w:rPr>
        <w:t>• למה לפעמים קשה לשנות הרגל?</w:t>
      </w:r>
    </w:p>
    <w:p>
      <w:pPr>
        <w:bidi/>
        <w:jc w:val="right"/>
      </w:pPr>
      <w:r>
        <w:rPr>
          <w:rFonts w:ascii="Arial" w:hAnsi="Arial" w:cs="Arial"/>
          <w:b/>
          <w:color w:val="2B8A3E"/>
          <w:sz w:val="26"/>
          <w:rtl/>
          <w:szCs w:val="26"/>
          <w:bCs/>
        </w:rPr>
        <w:t>▌ 📜 פרשת תצוה</w:t>
      </w:r>
    </w:p>
    <w:p>
      <w:pPr>
        <w:bidi/>
        <w:jc w:val="right"/>
      </w:pPr>
      <w:r>
        <w:rPr>
          <w:rFonts w:ascii="Arial" w:hAnsi="Arial" w:cs="Arial"/>
          <w:sz w:val="24"/>
          <w:rtl/>
          <w:szCs w:val="24"/>
        </w:rPr>
        <w:t>"ויקחו אליך שמן זית זך כתית למאור להעלת נר תמיד" (שמות כז, כ) – לוודא</w:t>
      </w:r>
    </w:p>
    <w:p>
      <w:pPr>
        <w:bidi/>
        <w:jc w:val="right"/>
      </w:pPr>
      <w:r>
        <w:rPr>
          <w:rFonts w:ascii="Arial" w:hAnsi="Arial" w:cs="Arial"/>
          <w:sz w:val="24"/>
          <w:rtl/>
          <w:szCs w:val="24"/>
        </w:rPr>
        <w:t>במשכן היה נר שדלק תמיד, משמן זית טהור. מישהו דאג כל יום שהאור לא ייכבה.</w:t>
      </w:r>
    </w:p>
    <w:p>
      <w:pPr>
        <w:bidi/>
        <w:jc w:val="right"/>
      </w:pPr>
      <w:r>
        <w:rPr>
          <w:rFonts w:ascii="Arial" w:hAnsi="Arial" w:cs="Arial"/>
          <w:sz w:val="24"/>
          <w:rtl/>
          <w:szCs w:val="24"/>
        </w:rPr>
        <w:t>שאלה: איזה אור קטן אתם רוצים לשמור דולק בחיים שלכם?</w:t>
      </w:r>
    </w:p>
    <w:p>
      <w:pPr>
        <w:bidi/>
        <w:jc w:val="right"/>
      </w:pPr>
      <w:r>
        <w:rPr>
          <w:rFonts w:ascii="Arial" w:hAnsi="Arial" w:cs="Arial"/>
          <w:b/>
          <w:color w:val="2B8A3E"/>
          <w:sz w:val="26"/>
          <w:rtl/>
          <w:szCs w:val="26"/>
          <w:bCs/>
        </w:rPr>
        <w:t>▌ ✨ מילים מהפרשה לחיים: "להעלת נר תמיד" (שמות כז, כ)</w:t>
      </w:r>
    </w:p>
    <w:p>
      <w:pPr>
        <w:bidi/>
        <w:jc w:val="right"/>
      </w:pPr>
      <w:r>
        <w:rPr>
          <w:rFonts w:ascii="Arial" w:hAnsi="Arial" w:cs="Arial"/>
          <w:sz w:val="24"/>
          <w:rtl/>
          <w:szCs w:val="24"/>
        </w:rPr>
        <w:t>במשכן דלק נר תמיד, בכל יום מחדש. גם האמונה והתקווה צריכות שמן קטן כל יום – מילה טובה, רגע של שקט, תודה. השבוע נחשוב מה שומר את האור שלנו דולק גם בימים רגילים.</w:t>
      </w:r>
    </w:p>
    <w:p>
      <w:pPr>
        <w:bidi/>
        <w:jc w:val="right"/>
      </w:pPr>
      <w:r>
        <w:rPr>
          <w:rFonts w:ascii="Arial" w:hAnsi="Arial" w:cs="Arial"/>
          <w:sz w:val="24"/>
          <w:rtl/>
          <w:szCs w:val="24"/>
        </w:rPr>
        <w:t>שאלה: מה ה"שמן" שעוזר לכם להמשיך כל יום?</w:t>
      </w:r>
    </w:p>
    <w:p>
      <w:pPr>
        <w:bidi/>
        <w:jc w:val="right"/>
      </w:pPr>
      <w:r>
        <w:rPr>
          <w:rFonts w:ascii="Arial" w:hAnsi="Arial" w:cs="Arial"/>
          <w:sz w:val="24"/>
          <w:rtl/>
          <w:szCs w:val="24"/>
        </w:rPr>
        <w:t>🧩 חידה: אני יורדת מהשמיים, משקה את העצים ואת הפרחים, ואחריי לפעמים מופיעים שלוליות. מי אני?  (תשובה: טיפת גשם)</w:t>
      </w:r>
    </w:p>
    <w:p>
      <w:pPr>
        <w:bidi/>
        <w:jc w:val="right"/>
      </w:pPr>
      <w:r>
        <w:rPr>
          <w:rFonts w:ascii="Arial" w:hAnsi="Arial" w:cs="Arial"/>
          <w:sz w:val="24"/>
          <w:rtl/>
          <w:szCs w:val="24"/>
        </w:rPr>
        <w:t>🎯 מטרות: לכבות את האור כשיוצאים מהחדר · לזרוק אשפה רק לפח · לסגור את הברז בזמן צחצוח שיניים</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מעשה ירוק אחד שעשיתם או ראיתם השבוע</w:t>
      </w:r>
    </w:p>
    <w:p>
      <w:pPr>
        <w:bidi/>
        <w:jc w:val="right"/>
      </w:pPr>
      <w:r>
        <w:rPr>
          <w:rFonts w:ascii="Arial" w:hAnsi="Arial" w:cs="Arial"/>
          <w:sz w:val="24"/>
          <w:rtl/>
          <w:szCs w:val="24"/>
        </w:rPr>
        <w:t>• 🙏 למי אתם רוצים להודות על כך שעזר לשמור על הכיתה או על החצר נקיים?</w:t>
      </w:r>
    </w:p>
    <w:p>
      <w:pPr>
        <w:bidi/>
        <w:jc w:val="right"/>
      </w:pPr>
      <w:r>
        <w:rPr>
          <w:rFonts w:ascii="Arial" w:hAnsi="Arial" w:cs="Arial"/>
          <w:sz w:val="24"/>
          <w:rtl/>
          <w:szCs w:val="24"/>
        </w:rPr>
        <w:t>• 💛 העבירו מחמאה למי שראיתם דואג לסביבה – גם בדבר קטן</w:t>
      </w:r>
    </w:p>
    <w:p>
      <w:pPr>
        <w:bidi/>
        <w:jc w:val="right"/>
      </w:pPr>
      <w:r>
        <w:rPr>
          <w:rFonts w:ascii="Arial" w:hAnsi="Arial" w:cs="Arial"/>
          <w:sz w:val="24"/>
          <w:rtl/>
          <w:szCs w:val="24"/>
        </w:rPr>
        <w:t>• 💡 מה למדתי השבוע על הטבע ועל ההשפעה שלי עליו?</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עץ גדול ושקט, הקשיבו לרוח בעלים, ונשמו עמוק כמוהו</w:t>
      </w:r>
    </w:p>
    <w:p>
      <w:pPr>
        <w:bidi/>
        <w:pStyle w:val="Heading2"/>
        <w:jc w:val="right"/>
      </w:pPr>
      <w:r>
        <w:rPr>
          <w:rFonts w:ascii="Arial" w:hAnsi="Arial" w:cs="Arial"/>
          <w:b/>
          <w:color w:val="2B8A3E"/>
          <w:sz w:val="32"/>
          <w:rtl/>
          <w:szCs w:val="32"/>
          <w:bCs/>
        </w:rPr>
        <w:t>🫶 ערבות הדדית – שבוע 21.2 עד 26.2.2027 · י״ד אדר א׳ תשפ״ז</w:t>
      </w:r>
    </w:p>
    <w:p>
      <w:pPr>
        <w:bidi/>
        <w:jc w:val="right"/>
      </w:pPr>
      <w:r>
        <w:rPr>
          <w:rFonts w:ascii="Arial" w:hAnsi="Arial" w:cs="Arial"/>
          <w:color w:val="555577"/>
          <w:sz w:val="24"/>
          <w:rtl/>
          <w:szCs w:val="24"/>
        </w:rPr>
        <w:t>התחושה שכולנו קשורים זה לזה, ושכל אחד ואחת אחראים גם לטובת האחרים · המשפט של השבוע: "כשאחד נופל, כולנו מושיטים יד – ככה בונים כיתה חזקה"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כֻּלָּנוּ דּוֹאֲגִים זֶה לָזֶה</w:t>
      </w:r>
    </w:p>
    <w:p>
      <w:pPr>
        <w:bidi/>
        <w:jc w:val="right"/>
      </w:pPr>
      <w:r>
        <w:rPr>
          <w:rFonts w:ascii="Arial" w:hAnsi="Arial" w:cs="Arial"/>
          <w:sz w:val="24"/>
          <w:rtl/>
          <w:szCs w:val="24"/>
        </w:rPr>
        <w:t>סיפור (א׳–ד׳): אדל שכחה את הכריך בבית והייתה רעבה. יוסף נתן לה חצי מהלחמנייה שלו, ונועה הוסיפה מלפפון. אדל אמרה: עכשיו יש לי ארוחה של חברים!</w:t>
      </w:r>
    </w:p>
    <w:p>
      <w:pPr>
        <w:bidi/>
        <w:jc w:val="right"/>
      </w:pPr>
      <w:r>
        <w:rPr>
          <w:rFonts w:ascii="Arial" w:hAnsi="Arial" w:cs="Arial"/>
          <w:sz w:val="24"/>
          <w:rtl/>
          <w:szCs w:val="24"/>
        </w:rPr>
        <w:t>• איך הרגישה אדל כשהחברים חלקו איתה?</w:t>
      </w:r>
    </w:p>
    <w:p>
      <w:pPr>
        <w:bidi/>
        <w:jc w:val="right"/>
      </w:pPr>
      <w:r>
        <w:rPr>
          <w:rFonts w:ascii="Arial" w:hAnsi="Arial" w:cs="Arial"/>
          <w:sz w:val="24"/>
          <w:rtl/>
          <w:szCs w:val="24"/>
        </w:rPr>
        <w:t>• מה אפשר לחלוק עם חבר או חברה?</w:t>
      </w:r>
    </w:p>
    <w:p>
      <w:pPr>
        <w:bidi/>
        <w:jc w:val="right"/>
      </w:pPr>
      <w:r>
        <w:rPr>
          <w:rFonts w:ascii="Arial" w:hAnsi="Arial" w:cs="Arial"/>
          <w:sz w:val="24"/>
          <w:rtl/>
          <w:szCs w:val="24"/>
        </w:rPr>
        <w:t>סיפור (ה׳–ו׳): דניאל היה חולה שבוע שלם ופספס הרבה חומר. בקבוצת הכיתה, כמה תלמידים ותלמידות שלחו לו סיכומים, ואחת הציעה להסביר לו את התרגילים בהפסקה. כשחזר, דניאל הרגיש שהכיתה חיכתה לו.</w:t>
      </w:r>
    </w:p>
    <w:p>
      <w:pPr>
        <w:bidi/>
        <w:jc w:val="right"/>
      </w:pPr>
      <w:r>
        <w:rPr>
          <w:rFonts w:ascii="Arial" w:hAnsi="Arial" w:cs="Arial"/>
          <w:sz w:val="24"/>
          <w:rtl/>
          <w:szCs w:val="24"/>
        </w:rPr>
        <w:t>• מה גרם לדניאל להרגיש שהכיתה חיכתה לו?</w:t>
      </w:r>
    </w:p>
    <w:p>
      <w:pPr>
        <w:bidi/>
        <w:jc w:val="right"/>
      </w:pPr>
      <w:r>
        <w:rPr>
          <w:rFonts w:ascii="Arial" w:hAnsi="Arial" w:cs="Arial"/>
          <w:sz w:val="24"/>
          <w:rtl/>
          <w:szCs w:val="24"/>
        </w:rPr>
        <w:t>• איך אפשר לעזור למי שחסר בכיתה?</w:t>
      </w:r>
    </w:p>
    <w:p>
      <w:pPr>
        <w:bidi/>
        <w:jc w:val="right"/>
      </w:pPr>
      <w:r>
        <w:rPr>
          <w:rFonts w:ascii="Arial" w:hAnsi="Arial" w:cs="Arial"/>
          <w:b/>
          <w:color w:val="2B8A3E"/>
          <w:sz w:val="26"/>
          <w:rtl/>
          <w:szCs w:val="26"/>
          <w:bCs/>
        </w:rPr>
        <w:t>▌ 📜 פרשת כי תשא</w:t>
      </w:r>
    </w:p>
    <w:p>
      <w:pPr>
        <w:bidi/>
        <w:jc w:val="right"/>
      </w:pPr>
      <w:r>
        <w:rPr>
          <w:rFonts w:ascii="Arial" w:hAnsi="Arial" w:cs="Arial"/>
          <w:sz w:val="24"/>
          <w:rtl/>
          <w:szCs w:val="24"/>
        </w:rPr>
        <w:t>"העשיר לא ירבה והדל לא ימעיט ממחצית השקל" (שמות ל, טו) – לוודא</w:t>
      </w:r>
    </w:p>
    <w:p>
      <w:pPr>
        <w:bidi/>
        <w:jc w:val="right"/>
      </w:pPr>
      <w:r>
        <w:rPr>
          <w:rFonts w:ascii="Arial" w:hAnsi="Arial" w:cs="Arial"/>
          <w:sz w:val="24"/>
          <w:rtl/>
          <w:szCs w:val="24"/>
        </w:rPr>
        <w:t>כשסופרים את העם, כל אחד נותן אותו דבר בדיוק – חצי שקל. גם העשיר וגם העני נספרים בדיוק אותו דבר.</w:t>
      </w:r>
    </w:p>
    <w:p>
      <w:pPr>
        <w:bidi/>
        <w:jc w:val="right"/>
      </w:pPr>
      <w:r>
        <w:rPr>
          <w:rFonts w:ascii="Arial" w:hAnsi="Arial" w:cs="Arial"/>
          <w:sz w:val="24"/>
          <w:rtl/>
          <w:szCs w:val="24"/>
        </w:rPr>
        <w:t>שאלה: למה חשוב שבכיתה כל אחד ואחת ייספרו באותה מידה?</w:t>
      </w:r>
    </w:p>
    <w:p>
      <w:pPr>
        <w:bidi/>
        <w:jc w:val="right"/>
      </w:pPr>
      <w:r>
        <w:rPr>
          <w:rFonts w:ascii="Arial" w:hAnsi="Arial" w:cs="Arial"/>
          <w:b/>
          <w:color w:val="2B8A3E"/>
          <w:sz w:val="26"/>
          <w:rtl/>
          <w:szCs w:val="26"/>
          <w:bCs/>
        </w:rPr>
        <w:t>▌ ✨ מילים מהפרשה לחיים: "ארך אפים ורב חסד" (שמות לד, ו)</w:t>
      </w:r>
    </w:p>
    <w:p>
      <w:pPr>
        <w:bidi/>
        <w:jc w:val="right"/>
      </w:pPr>
      <w:r>
        <w:rPr>
          <w:rFonts w:ascii="Arial" w:hAnsi="Arial" w:cs="Arial"/>
          <w:sz w:val="24"/>
          <w:rtl/>
          <w:szCs w:val="24"/>
        </w:rPr>
        <w:t>אחרי חטא העגל ה' מתגלה כסבלני ומלא חסד ונותן הזדמנות נוספת. גם אנחנו יכולים ללמוד להאט את הכעס ולתת לאחרים, ולעצמנו, הזדמנות לתקן. השבוע ננסה לנשום עמוק לפני תגובה.</w:t>
      </w:r>
    </w:p>
    <w:p>
      <w:pPr>
        <w:bidi/>
        <w:jc w:val="right"/>
      </w:pPr>
      <w:r>
        <w:rPr>
          <w:rFonts w:ascii="Arial" w:hAnsi="Arial" w:cs="Arial"/>
          <w:sz w:val="24"/>
          <w:rtl/>
          <w:szCs w:val="24"/>
        </w:rPr>
        <w:t>שאלה: מתי מישהו נתן לכם הזדמנות נוספת, ואיך הרגשתם?</w:t>
      </w:r>
    </w:p>
    <w:p>
      <w:pPr>
        <w:bidi/>
        <w:jc w:val="right"/>
      </w:pPr>
      <w:r>
        <w:rPr>
          <w:rFonts w:ascii="Arial" w:hAnsi="Arial" w:cs="Arial"/>
          <w:sz w:val="24"/>
          <w:rtl/>
          <w:szCs w:val="24"/>
        </w:rPr>
        <w:t>🧩 חידה: יש לי הרבה שיניים, אבל אני לא נושך אף אחד. אני עוזר לסדר את השיער. מה אני?  (תשובה: מסרק)</w:t>
      </w:r>
    </w:p>
    <w:p>
      <w:pPr>
        <w:bidi/>
        <w:jc w:val="right"/>
      </w:pPr>
      <w:r>
        <w:rPr>
          <w:rFonts w:ascii="Arial" w:hAnsi="Arial" w:cs="Arial"/>
          <w:sz w:val="24"/>
          <w:rtl/>
          <w:szCs w:val="24"/>
        </w:rPr>
        <w:t>🎯 מטרות: לשתף משהו שלי עם חבר או חברה · לשאול מישהו עצוב אם הוא צריך עזרה · לעזור בסידור הכיתה בלי שיבקשו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מישהו דאג לכם או שאתם דאגתם למישהו</w:t>
      </w:r>
    </w:p>
    <w:p>
      <w:pPr>
        <w:bidi/>
        <w:jc w:val="right"/>
      </w:pPr>
      <w:r>
        <w:rPr>
          <w:rFonts w:ascii="Arial" w:hAnsi="Arial" w:cs="Arial"/>
          <w:sz w:val="24"/>
          <w:rtl/>
          <w:szCs w:val="24"/>
        </w:rPr>
        <w:t>• 🙏 למי אתם רוצים להודות על כך שהיה שם בשבילכם השבוע?</w:t>
      </w:r>
    </w:p>
    <w:p>
      <w:pPr>
        <w:bidi/>
        <w:jc w:val="right"/>
      </w:pPr>
      <w:r>
        <w:rPr>
          <w:rFonts w:ascii="Arial" w:hAnsi="Arial" w:cs="Arial"/>
          <w:sz w:val="24"/>
          <w:rtl/>
          <w:szCs w:val="24"/>
        </w:rPr>
        <w:t>• 💛 העבירו מחמאה על רגע שבו מישהו חשב על האחר ולא רק על עצמו</w:t>
      </w:r>
    </w:p>
    <w:p>
      <w:pPr>
        <w:bidi/>
        <w:jc w:val="right"/>
      </w:pPr>
      <w:r>
        <w:rPr>
          <w:rFonts w:ascii="Arial" w:hAnsi="Arial" w:cs="Arial"/>
          <w:sz w:val="24"/>
          <w:rtl/>
          <w:szCs w:val="24"/>
        </w:rPr>
        <w:t>• 💡 מה למדתי השבוע על הכוח של כיתה שדואגת לכל אחד ואחת?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הסתכלו סביב המעגל וחשבו: כל מי שיושב כאן הוא חלק מאיתנו, ואנחנו חלק ממנו</w:t>
      </w:r>
    </w:p>
    <w:p>
      <w:pPr>
        <w:bidi/>
        <w:pStyle w:val="Heading2"/>
        <w:jc w:val="right"/>
      </w:pPr>
      <w:r>
        <w:rPr>
          <w:rFonts w:ascii="Arial" w:hAnsi="Arial" w:cs="Arial"/>
          <w:b/>
          <w:color w:val="2B8A3E"/>
          <w:sz w:val="32"/>
          <w:rtl/>
          <w:szCs w:val="32"/>
          <w:bCs/>
        </w:rPr>
        <w:t>🌈 קבלת השונה – שבוע 28.2 עד 5.3.2027 · כ״א אדר א׳ תשפ״ז</w:t>
      </w:r>
    </w:p>
    <w:p>
      <w:pPr>
        <w:bidi/>
        <w:jc w:val="right"/>
      </w:pPr>
      <w:r>
        <w:rPr>
          <w:rFonts w:ascii="Arial" w:hAnsi="Arial" w:cs="Arial"/>
          <w:color w:val="555577"/>
          <w:sz w:val="24"/>
          <w:rtl/>
          <w:szCs w:val="24"/>
        </w:rPr>
        <w:t>לכבד ולקבל אנשים שונים מאיתנו במראה, במנהגים, ביכולות ובדעות · המשפט של השבוע: "כמו בפאזל – דווקא החלקים השונים יוצרים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כֻּלָּנוּ שׁוֹנִים, וְכֻלָּנוּ חֲבֵרִים</w:t>
      </w:r>
    </w:p>
    <w:p>
      <w:pPr>
        <w:bidi/>
        <w:jc w:val="right"/>
      </w:pPr>
      <w:r>
        <w:rPr>
          <w:rFonts w:ascii="Arial" w:hAnsi="Arial" w:cs="Arial"/>
          <w:sz w:val="24"/>
          <w:rtl/>
          <w:szCs w:val="24"/>
        </w:rPr>
        <w:t>סיפור (א׳–ד׳): לכיתה הגיעה ילדה חדשה, אלמז, שמדברת עוד מעט עברית. ליה לימדה אותה איך אומרים כדור, ואלמז לימדה את ליה מילה בשפה שלה. בהפסקה הן שיחקו יחד וצחקו.</w:t>
      </w:r>
    </w:p>
    <w:p>
      <w:pPr>
        <w:bidi/>
        <w:jc w:val="right"/>
      </w:pPr>
      <w:r>
        <w:rPr>
          <w:rFonts w:ascii="Arial" w:hAnsi="Arial" w:cs="Arial"/>
          <w:sz w:val="24"/>
          <w:rtl/>
          <w:szCs w:val="24"/>
        </w:rPr>
        <w:t>• מה למדו ליה ואלמז זו מזו?</w:t>
      </w:r>
    </w:p>
    <w:p>
      <w:pPr>
        <w:bidi/>
        <w:jc w:val="right"/>
      </w:pPr>
      <w:r>
        <w:rPr>
          <w:rFonts w:ascii="Arial" w:hAnsi="Arial" w:cs="Arial"/>
          <w:sz w:val="24"/>
          <w:rtl/>
          <w:szCs w:val="24"/>
        </w:rPr>
        <w:t>• מה מיוחד בכם, שאולי אחרים לא יודעים?</w:t>
      </w:r>
    </w:p>
    <w:p>
      <w:pPr>
        <w:bidi/>
        <w:jc w:val="right"/>
      </w:pPr>
      <w:r>
        <w:rPr>
          <w:rFonts w:ascii="Arial" w:hAnsi="Arial" w:cs="Arial"/>
          <w:sz w:val="24"/>
          <w:rtl/>
          <w:szCs w:val="24"/>
        </w:rPr>
        <w:t>סיפור (ה׳–ו׳): יוסף מגיע לבית הספר עם כיסא גלגלים. ביום הספורט כמה ילדים חשבו שהוא לא יוכל להשתתף. המורה ונועה המציאו יחד משחק כדור שכל הכיתה יכולה לשחק בו בישיבה. יוסף היה המנצח הגדול של היום.</w:t>
      </w:r>
    </w:p>
    <w:p>
      <w:pPr>
        <w:bidi/>
        <w:jc w:val="right"/>
      </w:pPr>
      <w:r>
        <w:rPr>
          <w:rFonts w:ascii="Arial" w:hAnsi="Arial" w:cs="Arial"/>
          <w:sz w:val="24"/>
          <w:rtl/>
          <w:szCs w:val="24"/>
        </w:rPr>
        <w:t>• איך הרגיש יוסף כשמצאו משחק שמתאים לכולם?</w:t>
      </w:r>
    </w:p>
    <w:p>
      <w:pPr>
        <w:bidi/>
        <w:jc w:val="right"/>
      </w:pPr>
      <w:r>
        <w:rPr>
          <w:rFonts w:ascii="Arial" w:hAnsi="Arial" w:cs="Arial"/>
          <w:sz w:val="24"/>
          <w:rtl/>
          <w:szCs w:val="24"/>
        </w:rPr>
        <w:t>• איך אפשר לשנות משחק כך שכולם יוכלו להשתתף?</w:t>
      </w:r>
    </w:p>
    <w:p>
      <w:pPr>
        <w:bidi/>
        <w:jc w:val="right"/>
      </w:pPr>
      <w:r>
        <w:rPr>
          <w:rFonts w:ascii="Arial" w:hAnsi="Arial" w:cs="Arial"/>
          <w:b/>
          <w:color w:val="2B8A3E"/>
          <w:sz w:val="26"/>
          <w:rtl/>
          <w:szCs w:val="26"/>
          <w:bCs/>
        </w:rPr>
        <w:t>▌ 📜 פרשת ויקהל</w:t>
      </w:r>
    </w:p>
    <w:p>
      <w:pPr>
        <w:bidi/>
        <w:jc w:val="right"/>
      </w:pPr>
      <w:r>
        <w:rPr>
          <w:rFonts w:ascii="Arial" w:hAnsi="Arial" w:cs="Arial"/>
          <w:sz w:val="24"/>
          <w:rtl/>
          <w:szCs w:val="24"/>
        </w:rPr>
        <w:t>"וכל חכם לב בכם יבאו ויעשו" (שמות לה, י) – לוודא</w:t>
      </w:r>
    </w:p>
    <w:p>
      <w:pPr>
        <w:bidi/>
        <w:jc w:val="right"/>
      </w:pPr>
      <w:r>
        <w:rPr>
          <w:rFonts w:ascii="Arial" w:hAnsi="Arial" w:cs="Arial"/>
          <w:sz w:val="24"/>
          <w:rtl/>
          <w:szCs w:val="24"/>
        </w:rPr>
        <w:t>משה קורא לכל מי שיש לו כישרון לבוא ולעזור בבניית המשכן. כל אחד תורם במה שהוא טוב בו.</w:t>
      </w:r>
    </w:p>
    <w:p>
      <w:pPr>
        <w:bidi/>
        <w:jc w:val="right"/>
      </w:pPr>
      <w:r>
        <w:rPr>
          <w:rFonts w:ascii="Arial" w:hAnsi="Arial" w:cs="Arial"/>
          <w:sz w:val="24"/>
          <w:rtl/>
          <w:szCs w:val="24"/>
        </w:rPr>
        <w:t>שאלה: איזה כישרון שלכם הייתם רוצים לתרום לכיתה?</w:t>
      </w:r>
    </w:p>
    <w:p>
      <w:pPr>
        <w:bidi/>
        <w:jc w:val="right"/>
      </w:pPr>
      <w:r>
        <w:rPr>
          <w:rFonts w:ascii="Arial" w:hAnsi="Arial" w:cs="Arial"/>
          <w:b/>
          <w:color w:val="2B8A3E"/>
          <w:sz w:val="26"/>
          <w:rtl/>
          <w:szCs w:val="26"/>
          <w:bCs/>
        </w:rPr>
        <w:t>▌ ✨ מילים מהפרשה לחיים: "שבת שבתון" (שמות לה, ב)</w:t>
      </w:r>
    </w:p>
    <w:p>
      <w:pPr>
        <w:bidi/>
        <w:jc w:val="right"/>
      </w:pPr>
      <w:r>
        <w:rPr>
          <w:rFonts w:ascii="Arial" w:hAnsi="Arial" w:cs="Arial"/>
          <w:sz w:val="24"/>
          <w:rtl/>
          <w:szCs w:val="24"/>
        </w:rPr>
        <w:t>אחרי ששה ימים של עבודה ובנייה מגיעה השבת – יום של מנוחה וקדושה. השבת מזכירה לנו לעצור, להיות עם המשפחה, להודות ולהתחדש. גם מי שמציינים אותה בדרכים שונות יכולים למצוא בה רגע של שקט.</w:t>
      </w:r>
    </w:p>
    <w:p>
      <w:pPr>
        <w:bidi/>
        <w:jc w:val="right"/>
      </w:pPr>
      <w:r>
        <w:rPr>
          <w:rFonts w:ascii="Arial" w:hAnsi="Arial" w:cs="Arial"/>
          <w:sz w:val="24"/>
          <w:rtl/>
          <w:szCs w:val="24"/>
        </w:rPr>
        <w:t>שאלה: מה הדבר שהכי מחכה לכם במנוחה של סוף השבוע?</w:t>
      </w:r>
    </w:p>
    <w:p>
      <w:pPr>
        <w:bidi/>
        <w:jc w:val="right"/>
      </w:pPr>
      <w:r>
        <w:rPr>
          <w:rFonts w:ascii="Arial" w:hAnsi="Arial" w:cs="Arial"/>
          <w:sz w:val="24"/>
          <w:rtl/>
          <w:szCs w:val="24"/>
        </w:rPr>
        <w:t>🧩 חידה: לכל אחד יש אותי, ואין לי שום תאום בעולם. משאירים אותי על כוס או על חלון כשנוגעים. מה אני?  (תשובה: טביעת אצבע)</w:t>
      </w:r>
    </w:p>
    <w:p>
      <w:pPr>
        <w:bidi/>
        <w:jc w:val="right"/>
      </w:pPr>
      <w:r>
        <w:rPr>
          <w:rFonts w:ascii="Arial" w:hAnsi="Arial" w:cs="Arial"/>
          <w:sz w:val="24"/>
          <w:rtl/>
          <w:szCs w:val="24"/>
        </w:rPr>
        <w:t>🎯 מטרות: ללמוד מילה אחת בשפה של חבר או חברה · להזמין מישהו חדש לשחק איתי · להגיד משהו טוב למי שנראה שונה ממני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בדבר חדש שגיליתם השבוע על מישהו שונה מכם</w:t>
      </w:r>
    </w:p>
    <w:p>
      <w:pPr>
        <w:bidi/>
        <w:jc w:val="right"/>
      </w:pPr>
      <w:r>
        <w:rPr>
          <w:rFonts w:ascii="Arial" w:hAnsi="Arial" w:cs="Arial"/>
          <w:sz w:val="24"/>
          <w:rtl/>
          <w:szCs w:val="24"/>
        </w:rPr>
        <w:t>• 🙏 למי אתם רוצים להודות על כך שקיבל אתכם בדיוק כמו שאתם?</w:t>
      </w:r>
    </w:p>
    <w:p>
      <w:pPr>
        <w:bidi/>
        <w:jc w:val="right"/>
      </w:pPr>
      <w:r>
        <w:rPr>
          <w:rFonts w:ascii="Arial" w:hAnsi="Arial" w:cs="Arial"/>
          <w:sz w:val="24"/>
          <w:rtl/>
          <w:szCs w:val="24"/>
        </w:rPr>
        <w:t>• 💛 העבירו מחמאה על משהו מיוחד ושונה שאתם אוהבים אצל חבר או חברה</w:t>
      </w:r>
    </w:p>
    <w:p>
      <w:pPr>
        <w:bidi/>
        <w:jc w:val="right"/>
      </w:pPr>
      <w:r>
        <w:rPr>
          <w:rFonts w:ascii="Arial" w:hAnsi="Arial" w:cs="Arial"/>
          <w:sz w:val="24"/>
          <w:rtl/>
          <w:szCs w:val="24"/>
        </w:rPr>
        <w:t>• 💡 מה למדתי השבוע מאדם שחושב או חי אחרת ממני?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חשבו בשקט: מה מיוחד בי? ואיזה כיף שכל אחד כאן מיוחד בדרך משלו</w:t>
      </w:r>
    </w:p>
    <w:p>
      <w:pPr>
        <w:bidi/>
        <w:pStyle w:val="Heading2"/>
        <w:jc w:val="right"/>
      </w:pPr>
      <w:r>
        <w:rPr>
          <w:rFonts w:ascii="Arial" w:hAnsi="Arial" w:cs="Arial"/>
          <w:b/>
          <w:color w:val="2B8A3E"/>
          <w:sz w:val="32"/>
          <w:rtl/>
          <w:szCs w:val="32"/>
          <w:bCs/>
        </w:rPr>
        <w:t>🎁 נדיבות – שבוע 7.3 עד 12.3.2027 · כ״ח אדר א׳ תשפ״ז</w:t>
      </w:r>
    </w:p>
    <w:p>
      <w:pPr>
        <w:bidi/>
        <w:jc w:val="right"/>
      </w:pPr>
      <w:r>
        <w:rPr>
          <w:rFonts w:ascii="Arial" w:hAnsi="Arial" w:cs="Arial"/>
          <w:color w:val="555577"/>
          <w:sz w:val="24"/>
          <w:rtl/>
          <w:szCs w:val="24"/>
        </w:rPr>
        <w:t>לתת מכל הלב – זמן, עזרה, מילה טובה או חפץ – בלי לצפות לתמורה · המשפט של השבוע: "מה שנותנים באהבה – חוזר אלינו כחיוך"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נוֹתְנִים מִכָּל הַלֵּב</w:t>
      </w:r>
    </w:p>
    <w:p>
      <w:pPr>
        <w:bidi/>
        <w:jc w:val="right"/>
      </w:pPr>
      <w:r>
        <w:rPr>
          <w:rFonts w:ascii="Arial" w:hAnsi="Arial" w:cs="Arial"/>
          <w:sz w:val="24"/>
          <w:rtl/>
          <w:szCs w:val="24"/>
        </w:rPr>
        <w:t>סיפור (א׳–ד׳): לטל היו שני טושים בצבע זהב, ולליה לא היה אף אחד. טל נתן לה אחד ואמר: עכשיו לשנינו יש כוכבים מנצנצים בציור. שני הציורים יצאו יפים.</w:t>
      </w:r>
    </w:p>
    <w:p>
      <w:pPr>
        <w:bidi/>
        <w:jc w:val="right"/>
      </w:pPr>
      <w:r>
        <w:rPr>
          <w:rFonts w:ascii="Arial" w:hAnsi="Arial" w:cs="Arial"/>
          <w:sz w:val="24"/>
          <w:rtl/>
          <w:szCs w:val="24"/>
        </w:rPr>
        <w:t>• מה הרגישה ליה כשקיבלה את הטוש?</w:t>
      </w:r>
    </w:p>
    <w:p>
      <w:pPr>
        <w:bidi/>
        <w:jc w:val="right"/>
      </w:pPr>
      <w:r>
        <w:rPr>
          <w:rFonts w:ascii="Arial" w:hAnsi="Arial" w:cs="Arial"/>
          <w:sz w:val="24"/>
          <w:rtl/>
          <w:szCs w:val="24"/>
        </w:rPr>
        <w:t>• מה אפשר לתת לחבר בלי לקנות שום דבר?</w:t>
      </w:r>
    </w:p>
    <w:p>
      <w:pPr>
        <w:bidi/>
        <w:jc w:val="right"/>
      </w:pPr>
      <w:r>
        <w:rPr>
          <w:rFonts w:ascii="Arial" w:hAnsi="Arial" w:cs="Arial"/>
          <w:sz w:val="24"/>
          <w:rtl/>
          <w:szCs w:val="24"/>
        </w:rPr>
        <w:t>סיפור (ה׳–ו׳): לקראת החורף הכיתה אספה מעילים ושמיכות למשפחות שצריכות. נועה רצתה לתת את המעיל שהכי פחות אהבה. ואז חשבה: איך ירגיש מי שיקבל אותו? היא בחרה מעיל חם ויפה, וקיפלה אותו בזהירות.</w:t>
      </w:r>
    </w:p>
    <w:p>
      <w:pPr>
        <w:bidi/>
        <w:jc w:val="right"/>
      </w:pPr>
      <w:r>
        <w:rPr>
          <w:rFonts w:ascii="Arial" w:hAnsi="Arial" w:cs="Arial"/>
          <w:sz w:val="24"/>
          <w:rtl/>
          <w:szCs w:val="24"/>
        </w:rPr>
        <w:t>• למה נועה החליפה את המעיל שבחרה?</w:t>
      </w:r>
    </w:p>
    <w:p>
      <w:pPr>
        <w:bidi/>
        <w:jc w:val="right"/>
      </w:pPr>
      <w:r>
        <w:rPr>
          <w:rFonts w:ascii="Arial" w:hAnsi="Arial" w:cs="Arial"/>
          <w:sz w:val="24"/>
          <w:rtl/>
          <w:szCs w:val="24"/>
        </w:rPr>
        <w:t>• איך מרגישים כשנותנים משהו שאנחנו אוהבים?</w:t>
      </w:r>
    </w:p>
    <w:p>
      <w:pPr>
        <w:bidi/>
        <w:jc w:val="right"/>
      </w:pPr>
      <w:r>
        <w:rPr>
          <w:rFonts w:ascii="Arial" w:hAnsi="Arial" w:cs="Arial"/>
          <w:b/>
          <w:color w:val="2B8A3E"/>
          <w:sz w:val="26"/>
          <w:rtl/>
          <w:szCs w:val="26"/>
          <w:bCs/>
        </w:rPr>
        <w:t>▌ 📜 פרשת פקודי</w:t>
      </w:r>
    </w:p>
    <w:p>
      <w:pPr>
        <w:bidi/>
        <w:jc w:val="right"/>
      </w:pPr>
      <w:r>
        <w:rPr>
          <w:rFonts w:ascii="Arial" w:hAnsi="Arial" w:cs="Arial"/>
          <w:sz w:val="24"/>
          <w:rtl/>
          <w:szCs w:val="24"/>
        </w:rPr>
        <w:t>"וירא משה את כל המלאכה והנה עשו אתה" (שמות לט, מג) – לוודא</w:t>
      </w:r>
    </w:p>
    <w:p>
      <w:pPr>
        <w:bidi/>
        <w:jc w:val="right"/>
      </w:pPr>
      <w:r>
        <w:rPr>
          <w:rFonts w:ascii="Arial" w:hAnsi="Arial" w:cs="Arial"/>
          <w:sz w:val="24"/>
          <w:rtl/>
          <w:szCs w:val="24"/>
        </w:rPr>
        <w:t>כשהמשכן הסתיים, משה הסתכל על כל העבודה שהעם עשה, וראה שעשו אותה היטב. ואז הוא בירך אותם.</w:t>
      </w:r>
    </w:p>
    <w:p>
      <w:pPr>
        <w:bidi/>
        <w:jc w:val="right"/>
      </w:pPr>
      <w:r>
        <w:rPr>
          <w:rFonts w:ascii="Arial" w:hAnsi="Arial" w:cs="Arial"/>
          <w:sz w:val="24"/>
          <w:rtl/>
          <w:szCs w:val="24"/>
        </w:rPr>
        <w:t>שאלה: על איזו עבודה של מישהו אחר הייתם רוצים לומר תודה השבוע?</w:t>
      </w:r>
    </w:p>
    <w:p>
      <w:pPr>
        <w:bidi/>
        <w:jc w:val="right"/>
      </w:pPr>
      <w:r>
        <w:rPr>
          <w:rFonts w:ascii="Arial" w:hAnsi="Arial" w:cs="Arial"/>
          <w:b/>
          <w:color w:val="2B8A3E"/>
          <w:sz w:val="26"/>
          <w:rtl/>
          <w:szCs w:val="26"/>
          <w:bCs/>
        </w:rPr>
        <w:t>▌ ✨ מילים מהפרשה לחיים: "מלא את המשכן" (שמות מ, לד)</w:t>
      </w:r>
    </w:p>
    <w:p>
      <w:pPr>
        <w:bidi/>
        <w:jc w:val="right"/>
      </w:pPr>
      <w:r>
        <w:rPr>
          <w:rFonts w:ascii="Arial" w:hAnsi="Arial" w:cs="Arial"/>
          <w:sz w:val="24"/>
          <w:rtl/>
          <w:szCs w:val="24"/>
        </w:rPr>
        <w:t>כשסיימו לבנות, כבוד ה' מילא את המשכן. אחרי מאמץ גדול מגיע רגע של שלמות ושמחה. השבוע נשים לב לרגעים שבהם הרגשנו שמה שעשינו יחד מלא במשמעות ובברכה.</w:t>
      </w:r>
    </w:p>
    <w:p>
      <w:pPr>
        <w:bidi/>
        <w:jc w:val="right"/>
      </w:pPr>
      <w:r>
        <w:rPr>
          <w:rFonts w:ascii="Arial" w:hAnsi="Arial" w:cs="Arial"/>
          <w:sz w:val="24"/>
          <w:rtl/>
          <w:szCs w:val="24"/>
        </w:rPr>
        <w:t>שאלה: איזה מאמץ שלכם הרגיש השבוע הכי משמעותי?</w:t>
      </w:r>
    </w:p>
    <w:p>
      <w:pPr>
        <w:bidi/>
        <w:jc w:val="right"/>
      </w:pPr>
      <w:r>
        <w:rPr>
          <w:rFonts w:ascii="Arial" w:hAnsi="Arial" w:cs="Arial"/>
          <w:sz w:val="24"/>
          <w:rtl/>
          <w:szCs w:val="24"/>
        </w:rPr>
        <w:t>🧩 חידה: ככל שאני נותנת יותר – יש לי יותר. אני מתחילה בפה ומגיעה עד העיניים. מה אני?  (תשובה: חיוך)</w:t>
      </w:r>
    </w:p>
    <w:p>
      <w:pPr>
        <w:bidi/>
        <w:jc w:val="right"/>
      </w:pPr>
      <w:r>
        <w:rPr>
          <w:rFonts w:ascii="Arial" w:hAnsi="Arial" w:cs="Arial"/>
          <w:sz w:val="24"/>
          <w:rtl/>
          <w:szCs w:val="24"/>
        </w:rPr>
        <w:t>🎯 מטרות: לתת מחמאה לשלושה חברים · לחלוק משחק או צעצוע בהפסקה · לעזור בבית בלי שיבקשו ממני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מתנה קטנה, מעשה או מילה שנתתם או קיבלתם השבוע</w:t>
      </w:r>
    </w:p>
    <w:p>
      <w:pPr>
        <w:bidi/>
        <w:jc w:val="right"/>
      </w:pPr>
      <w:r>
        <w:rPr>
          <w:rFonts w:ascii="Arial" w:hAnsi="Arial" w:cs="Arial"/>
          <w:sz w:val="24"/>
          <w:rtl/>
          <w:szCs w:val="24"/>
        </w:rPr>
        <w:t>• 🙏 למי אתם רוצים להודות על משהו שנתן לכם השבוע בלב רחב?</w:t>
      </w:r>
    </w:p>
    <w:p>
      <w:pPr>
        <w:bidi/>
        <w:jc w:val="right"/>
      </w:pPr>
      <w:r>
        <w:rPr>
          <w:rFonts w:ascii="Arial" w:hAnsi="Arial" w:cs="Arial"/>
          <w:sz w:val="24"/>
          <w:rtl/>
          <w:szCs w:val="24"/>
        </w:rPr>
        <w:t>• 💛 העבירו מחמאה על רגע של נתינה שראיתם בכיתה</w:t>
      </w:r>
    </w:p>
    <w:p>
      <w:pPr>
        <w:bidi/>
        <w:jc w:val="right"/>
      </w:pPr>
      <w:r>
        <w:rPr>
          <w:rFonts w:ascii="Arial" w:hAnsi="Arial" w:cs="Arial"/>
          <w:sz w:val="24"/>
          <w:rtl/>
          <w:szCs w:val="24"/>
        </w:rPr>
        <w:t>• 💡 מה למדתי השבוע על התחושה של לתת?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עמוק ודמיינו שאתם שולחים חיוך שקט לכל מי שיושב כאן במעגל</w:t>
      </w:r>
    </w:p>
    <w:p>
      <w:pPr>
        <w:bidi/>
        <w:pStyle w:val="Heading2"/>
        <w:jc w:val="right"/>
      </w:pPr>
      <w:r>
        <w:rPr>
          <w:rFonts w:ascii="Arial" w:hAnsi="Arial" w:cs="Arial"/>
          <w:b/>
          <w:color w:val="2B8A3E"/>
          <w:sz w:val="32"/>
          <w:rtl/>
          <w:szCs w:val="32"/>
          <w:bCs/>
        </w:rPr>
        <w:t>🧘 שליטה עצמית – שבוע 14.3 עד 19.3.2027 · ה׳ אדר ב׳ תשפ״ז</w:t>
      </w:r>
    </w:p>
    <w:p>
      <w:pPr>
        <w:bidi/>
        <w:jc w:val="right"/>
      </w:pPr>
      <w:r>
        <w:rPr>
          <w:rFonts w:ascii="Arial" w:hAnsi="Arial" w:cs="Arial"/>
          <w:color w:val="555577"/>
          <w:sz w:val="24"/>
          <w:rtl/>
          <w:szCs w:val="24"/>
        </w:rPr>
        <w:t>לעצור רגע לפני שמגיבים, ולבחור איך לפעול גם כשהרגשות חזקים · המשפט של השבוע: "בין מה שקרה לבין מה שאעשה – יש נשימה אחת שלי"</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עוֹצְרִים, נוֹשְׁמִים, וְרַק אָז פּוֹעֲלִים</w:t>
      </w:r>
    </w:p>
    <w:p>
      <w:pPr>
        <w:bidi/>
        <w:jc w:val="right"/>
      </w:pPr>
      <w:r>
        <w:rPr>
          <w:rFonts w:ascii="Arial" w:hAnsi="Arial" w:cs="Arial"/>
          <w:sz w:val="24"/>
          <w:rtl/>
          <w:szCs w:val="24"/>
        </w:rPr>
        <w:t>סיפור (א׳–ד׳): מישהו הפיל בטעות את מגדל הקלפים של יוסף. יוסף רצה לצעוק, אבל עצר, ספר עד חמש ונשם עמוק. אחר כך אמר: בוא נבנה אותו שוב ביחד.</w:t>
      </w:r>
    </w:p>
    <w:p>
      <w:pPr>
        <w:bidi/>
        <w:jc w:val="right"/>
      </w:pPr>
      <w:r>
        <w:rPr>
          <w:rFonts w:ascii="Arial" w:hAnsi="Arial" w:cs="Arial"/>
          <w:sz w:val="24"/>
          <w:rtl/>
          <w:szCs w:val="24"/>
        </w:rPr>
        <w:t>• מה עזר ליוסף לא לצעוק?</w:t>
      </w:r>
    </w:p>
    <w:p>
      <w:pPr>
        <w:bidi/>
        <w:jc w:val="right"/>
      </w:pPr>
      <w:r>
        <w:rPr>
          <w:rFonts w:ascii="Arial" w:hAnsi="Arial" w:cs="Arial"/>
          <w:sz w:val="24"/>
          <w:rtl/>
          <w:szCs w:val="24"/>
        </w:rPr>
        <w:t>• מה אתם עושים כשאתם מרגישים כעס גדול?</w:t>
      </w:r>
    </w:p>
    <w:p>
      <w:pPr>
        <w:bidi/>
        <w:jc w:val="right"/>
      </w:pPr>
      <w:r>
        <w:rPr>
          <w:rFonts w:ascii="Arial" w:hAnsi="Arial" w:cs="Arial"/>
          <w:sz w:val="24"/>
          <w:rtl/>
          <w:szCs w:val="24"/>
        </w:rPr>
        <w:t>סיפור (ה׳–ו׳): בתור לברזייה, ליה דחפה בטעות את אדל, ואדל כמעט נפלה. אדל הרגישה את הכעס עולה בבטן. היא לקחה נשימה, וראתה שליה בעצמה נבהלה ומתנצלת. במקום לדחוף בחזרה, היא אמרה: זה בסדר, רק תיזהרי.</w:t>
      </w:r>
    </w:p>
    <w:p>
      <w:pPr>
        <w:bidi/>
        <w:jc w:val="right"/>
      </w:pPr>
      <w:r>
        <w:rPr>
          <w:rFonts w:ascii="Arial" w:hAnsi="Arial" w:cs="Arial"/>
          <w:sz w:val="24"/>
          <w:rtl/>
          <w:szCs w:val="24"/>
        </w:rPr>
        <w:t>• מה אדל ראתה כשעצרה לנשום?</w:t>
      </w:r>
    </w:p>
    <w:p>
      <w:pPr>
        <w:bidi/>
        <w:jc w:val="right"/>
      </w:pPr>
      <w:r>
        <w:rPr>
          <w:rFonts w:ascii="Arial" w:hAnsi="Arial" w:cs="Arial"/>
          <w:sz w:val="24"/>
          <w:rtl/>
          <w:szCs w:val="24"/>
        </w:rPr>
        <w:t>• מה עוזר לכם להירגע לפני שאתם עונים?</w:t>
      </w:r>
    </w:p>
    <w:p>
      <w:pPr>
        <w:bidi/>
        <w:jc w:val="right"/>
      </w:pPr>
      <w:r>
        <w:rPr>
          <w:rFonts w:ascii="Arial" w:hAnsi="Arial" w:cs="Arial"/>
          <w:b/>
          <w:color w:val="2B8A3E"/>
          <w:sz w:val="26"/>
          <w:rtl/>
          <w:szCs w:val="26"/>
          <w:bCs/>
        </w:rPr>
        <w:t>▌ 📜 פרשת ויקרא</w:t>
      </w:r>
    </w:p>
    <w:p>
      <w:pPr>
        <w:bidi/>
        <w:jc w:val="right"/>
      </w:pPr>
      <w:r>
        <w:rPr>
          <w:rFonts w:ascii="Arial" w:hAnsi="Arial" w:cs="Arial"/>
          <w:sz w:val="24"/>
          <w:rtl/>
          <w:szCs w:val="24"/>
        </w:rPr>
        <w:t>"או את האבדה אשר מצא" (ויקרא ה, כג) – לוודא</w:t>
      </w:r>
    </w:p>
    <w:p>
      <w:pPr>
        <w:bidi/>
        <w:jc w:val="right"/>
      </w:pPr>
      <w:r>
        <w:rPr>
          <w:rFonts w:ascii="Arial" w:hAnsi="Arial" w:cs="Arial"/>
          <w:sz w:val="24"/>
          <w:rtl/>
          <w:szCs w:val="24"/>
        </w:rPr>
        <w:t>התורה מבקשת: מי שמצא משהו שאבד – צריך להחזיר אותו לבעלים. לא שומרים לעצמנו מה ששייך למישהו אחר.</w:t>
      </w:r>
    </w:p>
    <w:p>
      <w:pPr>
        <w:bidi/>
        <w:jc w:val="right"/>
      </w:pPr>
      <w:r>
        <w:rPr>
          <w:rFonts w:ascii="Arial" w:hAnsi="Arial" w:cs="Arial"/>
          <w:sz w:val="24"/>
          <w:rtl/>
          <w:szCs w:val="24"/>
        </w:rPr>
        <w:t>שאלה: מה אתם עושים כשאתם מוצאים משהו שאבד?</w:t>
      </w:r>
    </w:p>
    <w:p>
      <w:pPr>
        <w:bidi/>
        <w:jc w:val="right"/>
      </w:pPr>
      <w:r>
        <w:rPr>
          <w:rFonts w:ascii="Arial" w:hAnsi="Arial" w:cs="Arial"/>
          <w:b/>
          <w:color w:val="2B8A3E"/>
          <w:sz w:val="26"/>
          <w:rtl/>
          <w:szCs w:val="26"/>
          <w:bCs/>
        </w:rPr>
        <w:t>▌ ✨ מילים מהפרשה לחיים: "אדם כי יקריב מכם" (ויקרא א, ב)</w:t>
      </w:r>
    </w:p>
    <w:p>
      <w:pPr>
        <w:bidi/>
        <w:jc w:val="right"/>
      </w:pPr>
      <w:r>
        <w:rPr>
          <w:rFonts w:ascii="Arial" w:hAnsi="Arial" w:cs="Arial"/>
          <w:sz w:val="24"/>
          <w:rtl/>
          <w:szCs w:val="24"/>
        </w:rPr>
        <w:t>המילה קרבן קשורה למילה קרוב. מה שמקרב אותנו לה' הוא גם מה שאנחנו מוכנים לתת מעצמנו באהבה. השבוע נחשוב מה אנחנו יכולים לתת כדי להתקרב – למשפחה, לחברים ולמה שחשוב לנו.</w:t>
      </w:r>
    </w:p>
    <w:p>
      <w:pPr>
        <w:bidi/>
        <w:jc w:val="right"/>
      </w:pPr>
      <w:r>
        <w:rPr>
          <w:rFonts w:ascii="Arial" w:hAnsi="Arial" w:cs="Arial"/>
          <w:sz w:val="24"/>
          <w:rtl/>
          <w:szCs w:val="24"/>
        </w:rPr>
        <w:t>שאלה: מה מקרב אתכם לאנשים שאתם אוהבים?</w:t>
      </w:r>
    </w:p>
    <w:p>
      <w:pPr>
        <w:bidi/>
        <w:jc w:val="right"/>
      </w:pPr>
      <w:r>
        <w:rPr>
          <w:rFonts w:ascii="Arial" w:hAnsi="Arial" w:cs="Arial"/>
          <w:sz w:val="24"/>
          <w:rtl/>
          <w:szCs w:val="24"/>
        </w:rPr>
        <w:t>🧩 חידה: אני מגיע מהאף, נכנס פנימה ויוצא החוצה, ואי אפשר לראות אותי. כשעושים אותי לאט ועמוק – נרגעים. מה אני?  (תשובה: נשימה)</w:t>
      </w:r>
    </w:p>
    <w:p>
      <w:pPr>
        <w:bidi/>
        <w:jc w:val="right"/>
      </w:pPr>
      <w:r>
        <w:rPr>
          <w:rFonts w:ascii="Arial" w:hAnsi="Arial" w:cs="Arial"/>
          <w:sz w:val="24"/>
          <w:rtl/>
          <w:szCs w:val="24"/>
        </w:rPr>
        <w:t>🎯 מטרות: לספור עד חמש לפני שאני כועס או כועסת · לחכות לתור שלי בסבלנות · לבקש עזרה ממבוגר כשקשה לי להירגע</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עצרתם לפני שהגבתם</w:t>
      </w:r>
    </w:p>
    <w:p>
      <w:pPr>
        <w:bidi/>
        <w:jc w:val="right"/>
      </w:pPr>
      <w:r>
        <w:rPr>
          <w:rFonts w:ascii="Arial" w:hAnsi="Arial" w:cs="Arial"/>
          <w:sz w:val="24"/>
          <w:rtl/>
          <w:szCs w:val="24"/>
        </w:rPr>
        <w:t>• 🙏 למי אתם רוצים להודות על כך שעזר לכם להירגע ברגע קשה?</w:t>
      </w:r>
    </w:p>
    <w:p>
      <w:pPr>
        <w:bidi/>
        <w:jc w:val="right"/>
      </w:pPr>
      <w:r>
        <w:rPr>
          <w:rFonts w:ascii="Arial" w:hAnsi="Arial" w:cs="Arial"/>
          <w:sz w:val="24"/>
          <w:rtl/>
          <w:szCs w:val="24"/>
        </w:rPr>
        <w:t>• 💛 העבירו מחמאה למי שראיתם מגיב ברוגע ובסבלנות השבוע</w:t>
      </w:r>
    </w:p>
    <w:p>
      <w:pPr>
        <w:bidi/>
        <w:jc w:val="right"/>
      </w:pPr>
      <w:r>
        <w:rPr>
          <w:rFonts w:ascii="Arial" w:hAnsi="Arial" w:cs="Arial"/>
          <w:sz w:val="24"/>
          <w:rtl/>
          <w:szCs w:val="24"/>
        </w:rPr>
        <w:t>• 💡 מה למדתי השבוע על הרגשות שלי ועל מה שעוזר לי להירגע?</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פנימה בארבע, החזיקו בארבע, נשפו בארבע – והרגישו את הגוף נרגע</w:t>
      </w:r>
    </w:p>
    <w:p>
      <w:pPr>
        <w:bidi/>
        <w:pStyle w:val="Heading2"/>
        <w:jc w:val="right"/>
      </w:pPr>
      <w:r>
        <w:rPr>
          <w:rFonts w:ascii="Arial" w:hAnsi="Arial" w:cs="Arial"/>
          <w:b/>
          <w:color w:val="2B8A3E"/>
          <w:sz w:val="32"/>
          <w:rtl/>
          <w:szCs w:val="32"/>
          <w:bCs/>
        </w:rPr>
        <w:t>🔄 גמישות מחשבתית – שבוע 21.3 עד 26.3.2027 · י״ב אדר ב׳ תשפ״ז</w:t>
      </w:r>
    </w:p>
    <w:p>
      <w:pPr>
        <w:bidi/>
        <w:jc w:val="right"/>
      </w:pPr>
      <w:r>
        <w:rPr>
          <w:rFonts w:ascii="Arial" w:hAnsi="Arial" w:cs="Arial"/>
          <w:color w:val="555577"/>
          <w:sz w:val="24"/>
          <w:rtl/>
          <w:szCs w:val="24"/>
        </w:rPr>
        <w:t>היכולת לשנות תוכנית, לראות דברים מכמה צדדים ולמצוא פתרון חדש · המשפט של השבוע: "כשהדרך נחסמת – מחפשים שביל אחר, לא מוותרים על היעד"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יֵשׁ יוֹתֵר מִדֶּרֶךְ אַחַת</w:t>
      </w:r>
    </w:p>
    <w:p>
      <w:pPr>
        <w:bidi/>
        <w:jc w:val="right"/>
      </w:pPr>
      <w:r>
        <w:rPr>
          <w:rFonts w:ascii="Arial" w:hAnsi="Arial" w:cs="Arial"/>
          <w:sz w:val="24"/>
          <w:rtl/>
          <w:szCs w:val="24"/>
        </w:rPr>
        <w:t>סיפור (א׳–ד׳): אלמז רצתה לצייר שמש צהובה, אבל הטוש הצהוב נגמר. היא חשבה רגע, ואז ציירה שמש כתומה עם פסים אדומים. כולם אמרו שזו השמש הכי יפה בכיתה.</w:t>
      </w:r>
    </w:p>
    <w:p>
      <w:pPr>
        <w:bidi/>
        <w:jc w:val="right"/>
      </w:pPr>
      <w:r>
        <w:rPr>
          <w:rFonts w:ascii="Arial" w:hAnsi="Arial" w:cs="Arial"/>
          <w:sz w:val="24"/>
          <w:rtl/>
          <w:szCs w:val="24"/>
        </w:rPr>
        <w:t>• מה עשתה אלמז כשהטוש נגמר?</w:t>
      </w:r>
    </w:p>
    <w:p>
      <w:pPr>
        <w:bidi/>
        <w:jc w:val="right"/>
      </w:pPr>
      <w:r>
        <w:rPr>
          <w:rFonts w:ascii="Arial" w:hAnsi="Arial" w:cs="Arial"/>
          <w:sz w:val="24"/>
          <w:rtl/>
          <w:szCs w:val="24"/>
        </w:rPr>
        <w:t>• מה אפשר לעשות כשמשהו לא הולך כמו שתכננו?</w:t>
      </w:r>
    </w:p>
    <w:p>
      <w:pPr>
        <w:bidi/>
        <w:jc w:val="right"/>
      </w:pPr>
      <w:r>
        <w:rPr>
          <w:rFonts w:ascii="Arial" w:hAnsi="Arial" w:cs="Arial"/>
          <w:sz w:val="24"/>
          <w:rtl/>
          <w:szCs w:val="24"/>
        </w:rPr>
        <w:t>סיפור (ה׳–ו׳): הכיתה תכננה יום ספורט בחוץ, ובבוקר התחיל גשם חזק. חלק מהילדים התבאסו מאוד. דניאל הציע להפוך את המסדרון למסלול מכשולים עם כיסאות וחבלים. בסוף כולם אמרו שזה היה אפילו יותר כיף.</w:t>
      </w:r>
    </w:p>
    <w:p>
      <w:pPr>
        <w:bidi/>
        <w:jc w:val="right"/>
      </w:pPr>
      <w:r>
        <w:rPr>
          <w:rFonts w:ascii="Arial" w:hAnsi="Arial" w:cs="Arial"/>
          <w:sz w:val="24"/>
          <w:rtl/>
          <w:szCs w:val="24"/>
        </w:rPr>
        <w:t>• איך הרגישו הילדים לפני הרעיון של דניאל, ואיך אחריו?</w:t>
      </w:r>
    </w:p>
    <w:p>
      <w:pPr>
        <w:bidi/>
        <w:jc w:val="right"/>
      </w:pPr>
      <w:r>
        <w:rPr>
          <w:rFonts w:ascii="Arial" w:hAnsi="Arial" w:cs="Arial"/>
          <w:sz w:val="24"/>
          <w:rtl/>
          <w:szCs w:val="24"/>
        </w:rPr>
        <w:t>• ספרו על תוכנית שהשתנתה ויצאה טובה בכל זאת</w:t>
      </w:r>
    </w:p>
    <w:p>
      <w:pPr>
        <w:bidi/>
        <w:jc w:val="right"/>
      </w:pPr>
      <w:r>
        <w:rPr>
          <w:rFonts w:ascii="Arial" w:hAnsi="Arial" w:cs="Arial"/>
          <w:b/>
          <w:color w:val="2B8A3E"/>
          <w:sz w:val="26"/>
          <w:rtl/>
          <w:szCs w:val="26"/>
          <w:bCs/>
        </w:rPr>
        <w:t>▌ 📜 פרשת צו</w:t>
      </w:r>
    </w:p>
    <w:p>
      <w:pPr>
        <w:bidi/>
        <w:jc w:val="right"/>
      </w:pPr>
      <w:r>
        <w:rPr>
          <w:rFonts w:ascii="Arial" w:hAnsi="Arial" w:cs="Arial"/>
          <w:sz w:val="24"/>
          <w:rtl/>
          <w:szCs w:val="24"/>
        </w:rPr>
        <w:t>"אש תמיד תוקד על המזבח לא תכבה" (ויקרא ו, ו) – לוודא</w:t>
      </w:r>
    </w:p>
    <w:p>
      <w:pPr>
        <w:bidi/>
        <w:jc w:val="right"/>
      </w:pPr>
      <w:r>
        <w:rPr>
          <w:rFonts w:ascii="Arial" w:hAnsi="Arial" w:cs="Arial"/>
          <w:sz w:val="24"/>
          <w:rtl/>
          <w:szCs w:val="24"/>
        </w:rPr>
        <w:t>במשכן הייתה אש שבערה כל הזמן, ביום ובלילה. היו צריכים לדאוג לה בכל יום מחדש.</w:t>
      </w:r>
    </w:p>
    <w:p>
      <w:pPr>
        <w:bidi/>
        <w:jc w:val="right"/>
      </w:pPr>
      <w:r>
        <w:rPr>
          <w:rFonts w:ascii="Arial" w:hAnsi="Arial" w:cs="Arial"/>
          <w:sz w:val="24"/>
          <w:rtl/>
          <w:szCs w:val="24"/>
        </w:rPr>
        <w:t>שאלה: איזה דבר חשוב לכם הייתם רוצים להמשיך לעשות בהתמדה?</w:t>
      </w:r>
    </w:p>
    <w:p>
      <w:pPr>
        <w:bidi/>
        <w:jc w:val="right"/>
      </w:pPr>
      <w:r>
        <w:rPr>
          <w:rFonts w:ascii="Arial" w:hAnsi="Arial" w:cs="Arial"/>
          <w:b/>
          <w:color w:val="2B8A3E"/>
          <w:sz w:val="26"/>
          <w:rtl/>
          <w:szCs w:val="26"/>
          <w:bCs/>
        </w:rPr>
        <w:t>▌ ✨ מילים מהפרשה לחיים: "אש תמיד תוקד" (ויקרא ו, ו)</w:t>
      </w:r>
    </w:p>
    <w:p>
      <w:pPr>
        <w:bidi/>
        <w:jc w:val="right"/>
      </w:pPr>
      <w:r>
        <w:rPr>
          <w:rFonts w:ascii="Arial" w:hAnsi="Arial" w:cs="Arial"/>
          <w:sz w:val="24"/>
          <w:rtl/>
          <w:szCs w:val="24"/>
        </w:rPr>
        <w:t>על המזבח דלקה אש תמיד ולא כבתה. גם בתוכנו יש אש של רצון, אמונה והתלהבות, וצריך לשמור עליה גם כשקשה או משעמם. השבוע נחשוב מה מצית בנו את האש ומה עוזר לה להמשיך לבעור.</w:t>
      </w:r>
    </w:p>
    <w:p>
      <w:pPr>
        <w:bidi/>
        <w:jc w:val="right"/>
      </w:pPr>
      <w:r>
        <w:rPr>
          <w:rFonts w:ascii="Arial" w:hAnsi="Arial" w:cs="Arial"/>
          <w:sz w:val="24"/>
          <w:rtl/>
          <w:szCs w:val="24"/>
        </w:rPr>
        <w:t>שאלה: מה גורם לכם להתלהב ולרצות להשקיע?</w:t>
      </w:r>
    </w:p>
    <w:p>
      <w:pPr>
        <w:bidi/>
        <w:jc w:val="right"/>
      </w:pPr>
      <w:r>
        <w:rPr>
          <w:rFonts w:ascii="Arial" w:hAnsi="Arial" w:cs="Arial"/>
          <w:sz w:val="24"/>
          <w:rtl/>
          <w:szCs w:val="24"/>
        </w:rPr>
        <w:t>🧩 חידה: כשאני עומד אני מספר שש, וכשהופכים אותי על הראש אני נהיה מספר אחר. איזה מספר?  (תשובה: תשע (6 הפוך נראה כמו 9))</w:t>
      </w:r>
    </w:p>
    <w:p>
      <w:pPr>
        <w:bidi/>
        <w:jc w:val="right"/>
      </w:pPr>
      <w:r>
        <w:rPr>
          <w:rFonts w:ascii="Arial" w:hAnsi="Arial" w:cs="Arial"/>
          <w:sz w:val="24"/>
          <w:rtl/>
          <w:szCs w:val="24"/>
        </w:rPr>
        <w:t>🎯 מטרות: לנסות משחק חדש שעוד לא שיחקתי · למצוא פתרון אחר כשמשהו לא מצליח · להסכים לרעיון של חבר או חברה גם אם תכננתי אחרת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שיניתם תוכנית או דעה</w:t>
      </w:r>
    </w:p>
    <w:p>
      <w:pPr>
        <w:bidi/>
        <w:jc w:val="right"/>
      </w:pPr>
      <w:r>
        <w:rPr>
          <w:rFonts w:ascii="Arial" w:hAnsi="Arial" w:cs="Arial"/>
          <w:sz w:val="24"/>
          <w:rtl/>
          <w:szCs w:val="24"/>
        </w:rPr>
        <w:t>• 🙏 למי אתם רוצים להודות על רעיון שעזר לכם לראות משהו אחרת?</w:t>
      </w:r>
    </w:p>
    <w:p>
      <w:pPr>
        <w:bidi/>
        <w:jc w:val="right"/>
      </w:pPr>
      <w:r>
        <w:rPr>
          <w:rFonts w:ascii="Arial" w:hAnsi="Arial" w:cs="Arial"/>
          <w:sz w:val="24"/>
          <w:rtl/>
          <w:szCs w:val="24"/>
        </w:rPr>
        <w:t>• 💛 העבירו מחמאה על פתרון יצירתי או על גמישות שראיתם אצל מישהו</w:t>
      </w:r>
    </w:p>
    <w:p>
      <w:pPr>
        <w:bidi/>
        <w:jc w:val="right"/>
      </w:pPr>
      <w:r>
        <w:rPr>
          <w:rFonts w:ascii="Arial" w:hAnsi="Arial" w:cs="Arial"/>
          <w:sz w:val="24"/>
          <w:rtl/>
          <w:szCs w:val="24"/>
        </w:rPr>
        <w:t>• 💡 מה למדתי השבוע מדרך חשיבה שונה משלי?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עץ שמתכופף ברוח ולא נשבר, ונשמו לאט כמו הענפים שלו</w:t>
      </w:r>
    </w:p>
    <w:p>
      <w:pPr>
        <w:bidi/>
        <w:pStyle w:val="Heading2"/>
        <w:jc w:val="right"/>
      </w:pPr>
      <w:r>
        <w:rPr>
          <w:rFonts w:ascii="Arial" w:hAnsi="Arial" w:cs="Arial"/>
          <w:b/>
          <w:color w:val="2B8A3E"/>
          <w:sz w:val="32"/>
          <w:rtl/>
          <w:szCs w:val="32"/>
          <w:bCs/>
        </w:rPr>
        <w:t>🤲 עזרה לזולת – שבוע 28.3 עד 2.4.2027 · י״ט אדר ב׳ תשפ״ז</w:t>
      </w:r>
    </w:p>
    <w:p>
      <w:pPr>
        <w:bidi/>
        <w:jc w:val="right"/>
      </w:pPr>
      <w:r>
        <w:rPr>
          <w:rFonts w:ascii="Arial" w:hAnsi="Arial" w:cs="Arial"/>
          <w:color w:val="555577"/>
          <w:sz w:val="24"/>
          <w:rtl/>
          <w:szCs w:val="24"/>
        </w:rPr>
        <w:t>לשים לב למי שצריך, להושיט יד ולעזור – בבית, בכיתה ובקהילה · המשפט של השבוע: "יד אחת שמושטת יכולה לשנות למישהו את כל היום"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עוֹזְרִים לְמִי שֶׁצָּרִיךְ</w:t>
      </w:r>
    </w:p>
    <w:p>
      <w:pPr>
        <w:bidi/>
        <w:jc w:val="right"/>
      </w:pPr>
      <w:r>
        <w:rPr>
          <w:rFonts w:ascii="Arial" w:hAnsi="Arial" w:cs="Arial"/>
          <w:sz w:val="24"/>
          <w:rtl/>
          <w:szCs w:val="24"/>
        </w:rPr>
        <w:t>סיפור (א׳–ד׳): ליה ראתה את סבתא של מאיה סוחבת שקיות כבדות בכניסה לבית הספר. היא רצה ולקחה שקית אחת. סבתא חייכה ואמרה: איזו עוזרת קטנה וחזקה!</w:t>
      </w:r>
    </w:p>
    <w:p>
      <w:pPr>
        <w:bidi/>
        <w:jc w:val="right"/>
      </w:pPr>
      <w:r>
        <w:rPr>
          <w:rFonts w:ascii="Arial" w:hAnsi="Arial" w:cs="Arial"/>
          <w:sz w:val="24"/>
          <w:rtl/>
          <w:szCs w:val="24"/>
        </w:rPr>
        <w:t>• איך הרגישה הסבתא כשליה עזרה לה?</w:t>
      </w:r>
    </w:p>
    <w:p>
      <w:pPr>
        <w:bidi/>
        <w:jc w:val="right"/>
      </w:pPr>
      <w:r>
        <w:rPr>
          <w:rFonts w:ascii="Arial" w:hAnsi="Arial" w:cs="Arial"/>
          <w:sz w:val="24"/>
          <w:rtl/>
          <w:szCs w:val="24"/>
        </w:rPr>
        <w:t>• במה אתם עוזרים בבית?</w:t>
      </w:r>
    </w:p>
    <w:p>
      <w:pPr>
        <w:bidi/>
        <w:jc w:val="right"/>
      </w:pPr>
      <w:r>
        <w:rPr>
          <w:rFonts w:ascii="Arial" w:hAnsi="Arial" w:cs="Arial"/>
          <w:sz w:val="24"/>
          <w:rtl/>
          <w:szCs w:val="24"/>
        </w:rPr>
        <w:t>סיפור (ה׳–ו׳): בשיעור חשבון, איתי שם לב שיוסף יושב ולא כותב כלום. הוא לחש לו: רוצה שאסביר לך? יוסף התבייש בהתחלה, ואחר כך הנהן. אחרי חמש דקות יוסף פתר תרגיל לבד, ושניהם צחקו בשקט.</w:t>
      </w:r>
    </w:p>
    <w:p>
      <w:pPr>
        <w:bidi/>
        <w:jc w:val="right"/>
      </w:pPr>
      <w:r>
        <w:rPr>
          <w:rFonts w:ascii="Arial" w:hAnsi="Arial" w:cs="Arial"/>
          <w:sz w:val="24"/>
          <w:rtl/>
          <w:szCs w:val="24"/>
        </w:rPr>
        <w:t>• איך איתי שאל את יוסף אם הוא רוצה עזרה?</w:t>
      </w:r>
    </w:p>
    <w:p>
      <w:pPr>
        <w:bidi/>
        <w:jc w:val="right"/>
      </w:pPr>
      <w:r>
        <w:rPr>
          <w:rFonts w:ascii="Arial" w:hAnsi="Arial" w:cs="Arial"/>
          <w:sz w:val="24"/>
          <w:rtl/>
          <w:szCs w:val="24"/>
        </w:rPr>
        <w:t>• למה לפעמים מתביישים לקבל עזרה?</w:t>
      </w:r>
    </w:p>
    <w:p>
      <w:pPr>
        <w:bidi/>
        <w:jc w:val="right"/>
      </w:pPr>
      <w:r>
        <w:rPr>
          <w:rFonts w:ascii="Arial" w:hAnsi="Arial" w:cs="Arial"/>
          <w:b/>
          <w:color w:val="2B8A3E"/>
          <w:sz w:val="26"/>
          <w:rtl/>
          <w:szCs w:val="26"/>
          <w:bCs/>
        </w:rPr>
        <w:t>▌ 📜 פרשת שמיני</w:t>
      </w:r>
    </w:p>
    <w:p>
      <w:pPr>
        <w:bidi/>
        <w:jc w:val="right"/>
      </w:pPr>
      <w:r>
        <w:rPr>
          <w:rFonts w:ascii="Arial" w:hAnsi="Arial" w:cs="Arial"/>
          <w:sz w:val="24"/>
          <w:rtl/>
          <w:szCs w:val="24"/>
        </w:rPr>
        <w:t>"ולהבדיל בין הקדש ובין החל ובין הטמא ובין הטהור" (ויקרא י, י) – לוודא</w:t>
      </w:r>
    </w:p>
    <w:p>
      <w:pPr>
        <w:bidi/>
        <w:jc w:val="right"/>
      </w:pPr>
      <w:r>
        <w:rPr>
          <w:rFonts w:ascii="Arial" w:hAnsi="Arial" w:cs="Arial"/>
          <w:sz w:val="24"/>
          <w:rtl/>
          <w:szCs w:val="24"/>
        </w:rPr>
        <w:t>בפרשה לומדים להבחין בין דברים שונים: מה מתאים ומה לא. גם אנחנו לומדים כל יום להבחין בין מעשה טוב למעשה שפוגע.</w:t>
      </w:r>
    </w:p>
    <w:p>
      <w:pPr>
        <w:bidi/>
        <w:jc w:val="right"/>
      </w:pPr>
      <w:r>
        <w:rPr>
          <w:rFonts w:ascii="Arial" w:hAnsi="Arial" w:cs="Arial"/>
          <w:sz w:val="24"/>
          <w:rtl/>
          <w:szCs w:val="24"/>
        </w:rPr>
        <w:t>שאלה: באילו מצבים השבוע הייתם צריכים לעצור ולהבחין לפני שבחרתם?</w:t>
      </w:r>
    </w:p>
    <w:p>
      <w:pPr>
        <w:bidi/>
        <w:jc w:val="right"/>
      </w:pPr>
      <w:r>
        <w:rPr>
          <w:rFonts w:ascii="Arial" w:hAnsi="Arial" w:cs="Arial"/>
          <w:b/>
          <w:color w:val="2B8A3E"/>
          <w:sz w:val="26"/>
          <w:rtl/>
          <w:szCs w:val="26"/>
          <w:bCs/>
        </w:rPr>
        <w:t>▌ ✨ מילים מהפרשה לחיים: "והתקדשתם והייתם קדשים" (ויקרא יא, מד)</w:t>
      </w:r>
    </w:p>
    <w:p>
      <w:pPr>
        <w:bidi/>
        <w:jc w:val="right"/>
      </w:pPr>
      <w:r>
        <w:rPr>
          <w:rFonts w:ascii="Arial" w:hAnsi="Arial" w:cs="Arial"/>
          <w:sz w:val="24"/>
          <w:rtl/>
          <w:szCs w:val="24"/>
        </w:rPr>
        <w:t>קדושה לא נמצאת רק בבית הכנסת או בחג. היא מתחילה בדברים קטנים של יום רגיל: מילה טובה, אכילה בכבוד, שמירה על הגוף. השבוע אפשר להזמין קצת קדושה לתוך הרגעים הפשוטים שלנו.</w:t>
      </w:r>
    </w:p>
    <w:p>
      <w:pPr>
        <w:bidi/>
        <w:jc w:val="right"/>
      </w:pPr>
      <w:r>
        <w:rPr>
          <w:rFonts w:ascii="Arial" w:hAnsi="Arial" w:cs="Arial"/>
          <w:sz w:val="24"/>
          <w:rtl/>
          <w:szCs w:val="24"/>
        </w:rPr>
        <w:t>שאלה: באיזה רגע קטן ורגיל אפשר להכניס השבוע משהו מיוחד וטוב?</w:t>
      </w:r>
    </w:p>
    <w:p>
      <w:pPr>
        <w:bidi/>
        <w:jc w:val="right"/>
      </w:pPr>
      <w:r>
        <w:rPr>
          <w:rFonts w:ascii="Arial" w:hAnsi="Arial" w:cs="Arial"/>
          <w:sz w:val="24"/>
          <w:rtl/>
          <w:szCs w:val="24"/>
        </w:rPr>
        <w:t>🧩 חידה: יש לי ידיות אבל אין לי ידיים. אני עוזרת לסחוב ספרים ומחברות לבית הספר. מי אני?  (תשובה: תיק)</w:t>
      </w:r>
    </w:p>
    <w:p>
      <w:pPr>
        <w:bidi/>
        <w:jc w:val="right"/>
      </w:pPr>
      <w:r>
        <w:rPr>
          <w:rFonts w:ascii="Arial" w:hAnsi="Arial" w:cs="Arial"/>
          <w:sz w:val="24"/>
          <w:rtl/>
          <w:szCs w:val="24"/>
        </w:rPr>
        <w:t>🎯 מטרות: לעזור לסדר את הכיתה בסוף היום · לשאול חבר או חברה: צריך עזרה? · לעזור לבן משפחה במטלה אחת בבית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עזרה שנתתם או קיבלתם השבוע</w:t>
      </w:r>
    </w:p>
    <w:p>
      <w:pPr>
        <w:bidi/>
        <w:jc w:val="right"/>
      </w:pPr>
      <w:r>
        <w:rPr>
          <w:rFonts w:ascii="Arial" w:hAnsi="Arial" w:cs="Arial"/>
          <w:sz w:val="24"/>
          <w:rtl/>
          <w:szCs w:val="24"/>
        </w:rPr>
        <w:t>• 🙏 למי אתם רוצים להודות על כך שעזר לכם השבוע?</w:t>
      </w:r>
    </w:p>
    <w:p>
      <w:pPr>
        <w:bidi/>
        <w:jc w:val="right"/>
      </w:pPr>
      <w:r>
        <w:rPr>
          <w:rFonts w:ascii="Arial" w:hAnsi="Arial" w:cs="Arial"/>
          <w:sz w:val="24"/>
          <w:rtl/>
          <w:szCs w:val="24"/>
        </w:rPr>
        <w:t>• 💛 העבירו מחמאה למי שראיתם עוזר לאחר – גם בדבר קטן</w:t>
      </w:r>
    </w:p>
    <w:p>
      <w:pPr>
        <w:bidi/>
        <w:jc w:val="right"/>
      </w:pPr>
      <w:r>
        <w:rPr>
          <w:rFonts w:ascii="Arial" w:hAnsi="Arial" w:cs="Arial"/>
          <w:sz w:val="24"/>
          <w:rtl/>
          <w:szCs w:val="24"/>
        </w:rPr>
        <w:t>• 💡 מה למדתי השבוע על לעזור ועל לקבל עזרה?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פתחו את כפות הידיים על הברכיים, ודמיינו שהן מחזיקות עוד רגע של טוב לשבוע הבא</w:t>
      </w:r>
    </w:p>
    <w:p>
      <w:pPr>
        <w:bidi/>
        <w:pStyle w:val="Heading2"/>
        <w:jc w:val="right"/>
      </w:pPr>
      <w:r>
        <w:rPr>
          <w:rFonts w:ascii="Arial" w:hAnsi="Arial" w:cs="Arial"/>
          <w:b/>
          <w:color w:val="2B8A3E"/>
          <w:sz w:val="32"/>
          <w:rtl/>
          <w:szCs w:val="32"/>
          <w:bCs/>
        </w:rPr>
        <w:t>🤝 אמון – שבוע 4.4 עד 9.4.2027 · כ״ו אדר ב׳ תשפ״ז</w:t>
      </w:r>
    </w:p>
    <w:p>
      <w:pPr>
        <w:bidi/>
        <w:jc w:val="right"/>
      </w:pPr>
      <w:r>
        <w:rPr>
          <w:rFonts w:ascii="Arial" w:hAnsi="Arial" w:cs="Arial"/>
          <w:color w:val="555577"/>
          <w:sz w:val="24"/>
          <w:rtl/>
          <w:szCs w:val="24"/>
        </w:rPr>
        <w:t>להאמין שאפשר לסמוך על מישהו, ולהיות בעצמנו אנשים שאפשר לסמוך עליהם · המשפט של השבוע: "אמון נבנה לאט, טיפה אחרי טיפה"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אֶפְשָׁר לִסְמוֹךְ עָלַי</w:t>
      </w:r>
    </w:p>
    <w:p>
      <w:pPr>
        <w:bidi/>
        <w:jc w:val="right"/>
      </w:pPr>
      <w:r>
        <w:rPr>
          <w:rFonts w:ascii="Arial" w:hAnsi="Arial" w:cs="Arial"/>
          <w:sz w:val="24"/>
          <w:rtl/>
          <w:szCs w:val="24"/>
        </w:rPr>
        <w:t>סיפור (א׳–ד׳): איתי שכח את הקלמר בבית. אלמז השאילה לו עפרון ואמרה: "תחזיר בסוף היום". בצלצול האחרון איתי רץ אליה עם העפרון ביד.</w:t>
      </w:r>
    </w:p>
    <w:p>
      <w:pPr>
        <w:bidi/>
        <w:jc w:val="right"/>
      </w:pPr>
      <w:r>
        <w:rPr>
          <w:rFonts w:ascii="Arial" w:hAnsi="Arial" w:cs="Arial"/>
          <w:sz w:val="24"/>
          <w:rtl/>
          <w:szCs w:val="24"/>
        </w:rPr>
        <w:t>• על מי אתם סומכים בבית או בכיתה, ולמה?</w:t>
      </w:r>
    </w:p>
    <w:p>
      <w:pPr>
        <w:bidi/>
        <w:jc w:val="right"/>
      </w:pPr>
      <w:r>
        <w:rPr>
          <w:rFonts w:ascii="Arial" w:hAnsi="Arial" w:cs="Arial"/>
          <w:sz w:val="24"/>
          <w:rtl/>
          <w:szCs w:val="24"/>
        </w:rPr>
        <w:t>• מה אפשר לעשות כדי שחברים יסמכו עלינו?</w:t>
      </w:r>
    </w:p>
    <w:p>
      <w:pPr>
        <w:bidi/>
        <w:jc w:val="right"/>
      </w:pPr>
      <w:r>
        <w:rPr>
          <w:rFonts w:ascii="Arial" w:hAnsi="Arial" w:cs="Arial"/>
          <w:sz w:val="24"/>
          <w:rtl/>
          <w:szCs w:val="24"/>
        </w:rPr>
        <w:t>סיפור (ה׳–ו׳): ליה סיפרה לחברה הכי טובה שלה שהיא מפחדת מהמבחן בשחייה. למחרת שמעה שתי בנות מהכיתה צוחקות על זה. עכשיו היא לא בטוחה אם לספר לחברה שלה עוד משהו. מה אפשר לעשות כדי לתקן אמון שנסדק?</w:t>
      </w:r>
    </w:p>
    <w:p>
      <w:pPr>
        <w:bidi/>
        <w:jc w:val="right"/>
      </w:pPr>
      <w:r>
        <w:rPr>
          <w:rFonts w:ascii="Arial" w:hAnsi="Arial" w:cs="Arial"/>
          <w:sz w:val="24"/>
          <w:rtl/>
          <w:szCs w:val="24"/>
        </w:rPr>
        <w:t>• מה עדיף לעשות כשחבר או חברה מספרים לנו סוד?</w:t>
      </w:r>
    </w:p>
    <w:p>
      <w:pPr>
        <w:bidi/>
        <w:jc w:val="right"/>
      </w:pPr>
      <w:r>
        <w:rPr>
          <w:rFonts w:ascii="Arial" w:hAnsi="Arial" w:cs="Arial"/>
          <w:sz w:val="24"/>
          <w:rtl/>
          <w:szCs w:val="24"/>
        </w:rPr>
        <w:t>• האם אפשר לתקן אמון שנפגע? איך?</w:t>
      </w:r>
    </w:p>
    <w:p>
      <w:pPr>
        <w:bidi/>
        <w:jc w:val="right"/>
      </w:pPr>
      <w:r>
        <w:rPr>
          <w:rFonts w:ascii="Arial" w:hAnsi="Arial" w:cs="Arial"/>
          <w:b/>
          <w:color w:val="2B8A3E"/>
          <w:sz w:val="26"/>
          <w:rtl/>
          <w:szCs w:val="26"/>
          <w:bCs/>
        </w:rPr>
        <w:t>▌ 📜 פרשת תזריע</w:t>
      </w:r>
    </w:p>
    <w:p>
      <w:pPr>
        <w:bidi/>
        <w:jc w:val="right"/>
      </w:pPr>
      <w:r>
        <w:rPr>
          <w:rFonts w:ascii="Arial" w:hAnsi="Arial" w:cs="Arial"/>
          <w:sz w:val="24"/>
          <w:rtl/>
          <w:szCs w:val="24"/>
        </w:rPr>
        <w:t>"והסגיר הכהן את הנגע שבעת ימים" (ויקרא יג, ד) – לוודא</w:t>
      </w:r>
    </w:p>
    <w:p>
      <w:pPr>
        <w:bidi/>
        <w:jc w:val="right"/>
      </w:pPr>
      <w:r>
        <w:rPr>
          <w:rFonts w:ascii="Arial" w:hAnsi="Arial" w:cs="Arial"/>
          <w:sz w:val="24"/>
          <w:rtl/>
          <w:szCs w:val="24"/>
        </w:rPr>
        <w:t>כשהכהן רואה סימן על העור, הוא לא מחליט מיד. הוא מחכה שבעה ימים ובודק שוב, כי לא שופטים מהר.</w:t>
      </w:r>
    </w:p>
    <w:p>
      <w:pPr>
        <w:bidi/>
        <w:jc w:val="right"/>
      </w:pPr>
      <w:r>
        <w:rPr>
          <w:rFonts w:ascii="Arial" w:hAnsi="Arial" w:cs="Arial"/>
          <w:sz w:val="24"/>
          <w:rtl/>
          <w:szCs w:val="24"/>
        </w:rPr>
        <w:t>שאלה: מתי קרה לכם ששפטתם משהו מהר, ואחר כך גיליתם שטעיתם?</w:t>
      </w:r>
    </w:p>
    <w:p>
      <w:pPr>
        <w:bidi/>
        <w:jc w:val="right"/>
      </w:pPr>
      <w:r>
        <w:rPr>
          <w:rFonts w:ascii="Arial" w:hAnsi="Arial" w:cs="Arial"/>
          <w:b/>
          <w:color w:val="2B8A3E"/>
          <w:sz w:val="26"/>
          <w:rtl/>
          <w:szCs w:val="26"/>
          <w:bCs/>
        </w:rPr>
        <w:t>▌ ✨ מילים מהפרשה לחיים: "בדד ישב" (ויקרא יג, מו)</w:t>
      </w:r>
    </w:p>
    <w:p>
      <w:pPr>
        <w:bidi/>
        <w:jc w:val="right"/>
      </w:pPr>
      <w:r>
        <w:rPr>
          <w:rFonts w:ascii="Arial" w:hAnsi="Arial" w:cs="Arial"/>
          <w:sz w:val="24"/>
          <w:rtl/>
          <w:szCs w:val="24"/>
        </w:rPr>
        <w:t>יש רגעים שבהם מישהו מרגיש לבד, גם כשהוא בתוך כיתה מלאה. אנחנו מאמינים שאף אחד אינו שקוף באמת, וכל אחד ואחת חשובים. השבוע נפקח עיניים: אולי מישהו לידנו יושב לבד ומחכה למילה חמה.</w:t>
      </w:r>
    </w:p>
    <w:p>
      <w:pPr>
        <w:bidi/>
        <w:jc w:val="right"/>
      </w:pPr>
      <w:r>
        <w:rPr>
          <w:rFonts w:ascii="Arial" w:hAnsi="Arial" w:cs="Arial"/>
          <w:sz w:val="24"/>
          <w:rtl/>
          <w:szCs w:val="24"/>
        </w:rPr>
        <w:t>שאלה: מה אפשר לעשות כדי שאף אחד בכיתה לא ירגיש לבד?</w:t>
      </w:r>
    </w:p>
    <w:p>
      <w:pPr>
        <w:bidi/>
        <w:jc w:val="right"/>
      </w:pPr>
      <w:r>
        <w:rPr>
          <w:rFonts w:ascii="Arial" w:hAnsi="Arial" w:cs="Arial"/>
          <w:sz w:val="24"/>
          <w:rtl/>
          <w:szCs w:val="24"/>
        </w:rPr>
        <w:t>🧩 חידה: יש לי שיניים, אבל אני לא אוכל ולא נושך. בזכותי הדלת נפתחת. מה אני?  (תשובה: מפתח)</w:t>
      </w:r>
    </w:p>
    <w:p>
      <w:pPr>
        <w:bidi/>
        <w:jc w:val="right"/>
      </w:pPr>
      <w:r>
        <w:rPr>
          <w:rFonts w:ascii="Arial" w:hAnsi="Arial" w:cs="Arial"/>
          <w:sz w:val="24"/>
          <w:rtl/>
          <w:szCs w:val="24"/>
        </w:rPr>
        <w:t>🎯 מטרות: לקיים הבטחה אחת קטנה · להחזיר כל דבר ששאלתי · לומר את האמת גם כשקשה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מישהו סמך עליכם, או אתם סמכתם על מישהו?</w:t>
      </w:r>
    </w:p>
    <w:p>
      <w:pPr>
        <w:bidi/>
        <w:jc w:val="right"/>
      </w:pPr>
      <w:r>
        <w:rPr>
          <w:rFonts w:ascii="Arial" w:hAnsi="Arial" w:cs="Arial"/>
          <w:sz w:val="24"/>
          <w:rtl/>
          <w:szCs w:val="24"/>
        </w:rPr>
        <w:t>• 🙏 למי תרצו להודות על שהיה אמין ושמר על המילה שלו?</w:t>
      </w:r>
    </w:p>
    <w:p>
      <w:pPr>
        <w:bidi/>
        <w:jc w:val="right"/>
      </w:pPr>
      <w:r>
        <w:rPr>
          <w:rFonts w:ascii="Arial" w:hAnsi="Arial" w:cs="Arial"/>
          <w:sz w:val="24"/>
          <w:rtl/>
          <w:szCs w:val="24"/>
        </w:rPr>
        <w:t>• 💛 מחמאה על אמינות: "ראיתי שאפשר לסמוך עליך כש..."</w:t>
      </w:r>
    </w:p>
    <w:p>
      <w:pPr>
        <w:bidi/>
        <w:jc w:val="right"/>
      </w:pPr>
      <w:r>
        <w:rPr>
          <w:rFonts w:ascii="Arial" w:hAnsi="Arial" w:cs="Arial"/>
          <w:sz w:val="24"/>
          <w:rtl/>
          <w:szCs w:val="24"/>
        </w:rPr>
        <w:t>• 💡 מה למדתי השבוע על בניית אמון?</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נשימה עמוקה, ונזכור: כל הבטחה קטנה שקיימנו היא לבנה בבית של אמון</w:t>
      </w:r>
    </w:p>
    <w:p>
      <w:pPr>
        <w:bidi/>
        <w:pStyle w:val="Heading2"/>
        <w:jc w:val="right"/>
      </w:pPr>
      <w:r>
        <w:rPr>
          <w:rFonts w:ascii="Arial" w:hAnsi="Arial" w:cs="Arial"/>
          <w:b/>
          <w:color w:val="2B8A3E"/>
          <w:sz w:val="32"/>
          <w:rtl/>
          <w:szCs w:val="32"/>
          <w:bCs/>
        </w:rPr>
        <w:t>😄 שמחה – שבוע 11.4 עד 16.4.2027 · ד׳ ניסן תשפ״ז</w:t>
      </w:r>
    </w:p>
    <w:p>
      <w:pPr>
        <w:bidi/>
        <w:jc w:val="right"/>
      </w:pPr>
      <w:r>
        <w:rPr>
          <w:rFonts w:ascii="Arial" w:hAnsi="Arial" w:cs="Arial"/>
          <w:color w:val="555577"/>
          <w:sz w:val="24"/>
          <w:rtl/>
          <w:szCs w:val="24"/>
        </w:rPr>
        <w:t>תחושה טובה מבפנים שאפשר לגלות, לשמור עליה ולשתף בה אחרים · המשפט של השבוע: "שמחה שמתחלקת לא נגמרת, היא רק גדלה"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שִׂמְחָה קְטַנָּה בְּכָל יוֹם</w:t>
      </w:r>
    </w:p>
    <w:p>
      <w:pPr>
        <w:bidi/>
        <w:jc w:val="right"/>
      </w:pPr>
      <w:r>
        <w:rPr>
          <w:rFonts w:ascii="Arial" w:hAnsi="Arial" w:cs="Arial"/>
          <w:sz w:val="24"/>
          <w:rtl/>
          <w:szCs w:val="24"/>
        </w:rPr>
        <w:t>סיפור (א׳–ד׳): יוסף מצא בגינה פרח צהוב קטן. הוא הביא אותו לסבתא שלו, והיא חייכה חיוך ענק. יוסף הרגיש שהשמחה של סבתא קפצה גם אליו.</w:t>
      </w:r>
    </w:p>
    <w:p>
      <w:pPr>
        <w:bidi/>
        <w:jc w:val="right"/>
      </w:pPr>
      <w:r>
        <w:rPr>
          <w:rFonts w:ascii="Arial" w:hAnsi="Arial" w:cs="Arial"/>
          <w:sz w:val="24"/>
          <w:rtl/>
          <w:szCs w:val="24"/>
        </w:rPr>
        <w:t>• מה הצחיק אתכם השבוע?</w:t>
      </w:r>
    </w:p>
    <w:p>
      <w:pPr>
        <w:bidi/>
        <w:jc w:val="right"/>
      </w:pPr>
      <w:r>
        <w:rPr>
          <w:rFonts w:ascii="Arial" w:hAnsi="Arial" w:cs="Arial"/>
          <w:sz w:val="24"/>
          <w:rtl/>
          <w:szCs w:val="24"/>
        </w:rPr>
        <w:t>• איך אפשר לשמח מישהו אחר?</w:t>
      </w:r>
    </w:p>
    <w:p>
      <w:pPr>
        <w:bidi/>
        <w:jc w:val="right"/>
      </w:pPr>
      <w:r>
        <w:rPr>
          <w:rFonts w:ascii="Arial" w:hAnsi="Arial" w:cs="Arial"/>
          <w:sz w:val="24"/>
          <w:rtl/>
          <w:szCs w:val="24"/>
        </w:rPr>
        <w:t>סיפור (ה׳–ו׳): אדל קיבלה ציון מצוין במבחן, אבל החבר שיושב לידה קיבל ציון נמוך ונראה עצוב. היא מאוד שמחה ורצתה לספר לכולם. איך אפשר לשמוח בשמחה שלנו ועדיין להתחשב בחבר?</w:t>
      </w:r>
    </w:p>
    <w:p>
      <w:pPr>
        <w:bidi/>
        <w:jc w:val="right"/>
      </w:pPr>
      <w:r>
        <w:rPr>
          <w:rFonts w:ascii="Arial" w:hAnsi="Arial" w:cs="Arial"/>
          <w:sz w:val="24"/>
          <w:rtl/>
          <w:szCs w:val="24"/>
        </w:rPr>
        <w:t>• מה עושים כשאנחנו שמחים וחבר שלנו עצוב?</w:t>
      </w:r>
    </w:p>
    <w:p>
      <w:pPr>
        <w:bidi/>
        <w:jc w:val="right"/>
      </w:pPr>
      <w:r>
        <w:rPr>
          <w:rFonts w:ascii="Arial" w:hAnsi="Arial" w:cs="Arial"/>
          <w:sz w:val="24"/>
          <w:rtl/>
          <w:szCs w:val="24"/>
        </w:rPr>
        <w:t>• מה עוזר לכם לחזור לחייך אחרי יום קשה?</w:t>
      </w:r>
    </w:p>
    <w:p>
      <w:pPr>
        <w:bidi/>
        <w:jc w:val="right"/>
      </w:pPr>
      <w:r>
        <w:rPr>
          <w:rFonts w:ascii="Arial" w:hAnsi="Arial" w:cs="Arial"/>
          <w:b/>
          <w:color w:val="2B8A3E"/>
          <w:sz w:val="26"/>
          <w:rtl/>
          <w:szCs w:val="26"/>
          <w:bCs/>
        </w:rPr>
        <w:t>▌ 📜 פרשת מצורע</w:t>
      </w:r>
    </w:p>
    <w:p>
      <w:pPr>
        <w:bidi/>
        <w:jc w:val="right"/>
      </w:pPr>
      <w:r>
        <w:rPr>
          <w:rFonts w:ascii="Arial" w:hAnsi="Arial" w:cs="Arial"/>
          <w:sz w:val="24"/>
          <w:rtl/>
          <w:szCs w:val="24"/>
        </w:rPr>
        <w:t>"ויצא הכהן אל מחוץ למחנה" (ויקרא יד, ג) – לוודא</w:t>
      </w:r>
    </w:p>
    <w:p>
      <w:pPr>
        <w:bidi/>
        <w:jc w:val="right"/>
      </w:pPr>
      <w:r>
        <w:rPr>
          <w:rFonts w:ascii="Arial" w:hAnsi="Arial" w:cs="Arial"/>
          <w:sz w:val="24"/>
          <w:rtl/>
          <w:szCs w:val="24"/>
        </w:rPr>
        <w:t>מי שהיה חולה ישב מחוץ למחנה, והכהן יצא אליו כדי לבדוק ולעזור לו לחזור. גם אנחנו יכולים ללכת אל מי שלבד.</w:t>
      </w:r>
    </w:p>
    <w:p>
      <w:pPr>
        <w:bidi/>
        <w:jc w:val="right"/>
      </w:pPr>
      <w:r>
        <w:rPr>
          <w:rFonts w:ascii="Arial" w:hAnsi="Arial" w:cs="Arial"/>
          <w:sz w:val="24"/>
          <w:rtl/>
          <w:szCs w:val="24"/>
        </w:rPr>
        <w:t>שאלה: מי בסביבה שלנו עשוי להרגיש "מחוץ למחנה", ואיך אפשר לצאת אליו?</w:t>
      </w:r>
    </w:p>
    <w:p>
      <w:pPr>
        <w:bidi/>
        <w:jc w:val="right"/>
      </w:pPr>
      <w:r>
        <w:rPr>
          <w:rFonts w:ascii="Arial" w:hAnsi="Arial" w:cs="Arial"/>
          <w:b/>
          <w:color w:val="2B8A3E"/>
          <w:sz w:val="26"/>
          <w:rtl/>
          <w:szCs w:val="26"/>
          <w:bCs/>
        </w:rPr>
        <w:t>▌ ✨ מילים מהפרשה לחיים: "וכפר עליו הכהן" (ויקרא יד, יח)</w:t>
      </w:r>
    </w:p>
    <w:p>
      <w:pPr>
        <w:bidi/>
        <w:jc w:val="right"/>
      </w:pPr>
      <w:r>
        <w:rPr>
          <w:rFonts w:ascii="Arial" w:hAnsi="Arial" w:cs="Arial"/>
          <w:sz w:val="24"/>
          <w:rtl/>
          <w:szCs w:val="24"/>
        </w:rPr>
        <w:t>תמיד אפשר להתחיל מחדש. גם אחרי טעות, גם אחרי ריב, הדלת לתיקון נשארת פתוחה. מי שמאמין יודע שגם בשמיים מחכים לנו באהבה. השבוע נזכור שאפשר לבקש סליחה, לסלוח, ולפתוח דף חדש.</w:t>
      </w:r>
    </w:p>
    <w:p>
      <w:pPr>
        <w:bidi/>
        <w:jc w:val="right"/>
      </w:pPr>
      <w:r>
        <w:rPr>
          <w:rFonts w:ascii="Arial" w:hAnsi="Arial" w:cs="Arial"/>
          <w:sz w:val="24"/>
          <w:rtl/>
          <w:szCs w:val="24"/>
        </w:rPr>
        <w:t>שאלה: מה עוזר לכם להתחיל מחדש אחרי יום לא פשוט?</w:t>
      </w:r>
    </w:p>
    <w:p>
      <w:pPr>
        <w:bidi/>
        <w:jc w:val="right"/>
      </w:pPr>
      <w:r>
        <w:rPr>
          <w:rFonts w:ascii="Arial" w:hAnsi="Arial" w:cs="Arial"/>
          <w:sz w:val="24"/>
          <w:rtl/>
          <w:szCs w:val="24"/>
        </w:rPr>
        <w:t>🧩 חידה: אני מתחיל בפה ונגמר בעיניים, ואני הכי יפה כשמחלקים אותי. מה אני?  (תשובה: חיוך)</w:t>
      </w:r>
    </w:p>
    <w:p>
      <w:pPr>
        <w:bidi/>
        <w:jc w:val="right"/>
      </w:pPr>
      <w:r>
        <w:rPr>
          <w:rFonts w:ascii="Arial" w:hAnsi="Arial" w:cs="Arial"/>
          <w:sz w:val="24"/>
          <w:rtl/>
          <w:szCs w:val="24"/>
        </w:rPr>
        <w:t>🎯 מטרות: לחייך לשלושה אנשים ביום · לעשות משהו מצחיק ונעים עם חבר · לספר בבית על רגע שמח</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הרגע הכי שמח שלכם השבוע?</w:t>
      </w:r>
    </w:p>
    <w:p>
      <w:pPr>
        <w:bidi/>
        <w:jc w:val="right"/>
      </w:pPr>
      <w:r>
        <w:rPr>
          <w:rFonts w:ascii="Arial" w:hAnsi="Arial" w:cs="Arial"/>
          <w:sz w:val="24"/>
          <w:rtl/>
          <w:szCs w:val="24"/>
        </w:rPr>
        <w:t>• 🙏 למי תרצו להודות על ששימח אתכם השבוע?</w:t>
      </w:r>
    </w:p>
    <w:p>
      <w:pPr>
        <w:bidi/>
        <w:jc w:val="right"/>
      </w:pPr>
      <w:r>
        <w:rPr>
          <w:rFonts w:ascii="Arial" w:hAnsi="Arial" w:cs="Arial"/>
          <w:sz w:val="24"/>
          <w:rtl/>
          <w:szCs w:val="24"/>
        </w:rPr>
        <w:t>• 💛 מחמאה של שמחה: "החיוך שלך עשה לי טוב כש..."</w:t>
      </w:r>
    </w:p>
    <w:p>
      <w:pPr>
        <w:bidi/>
        <w:jc w:val="right"/>
      </w:pPr>
      <w:r>
        <w:rPr>
          <w:rFonts w:ascii="Arial" w:hAnsi="Arial" w:cs="Arial"/>
          <w:sz w:val="24"/>
          <w:rtl/>
          <w:szCs w:val="24"/>
        </w:rPr>
        <w:t>• 💡 מה למדתי השבוע על מה ששמח אותי?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נעצום עיניים לרגע ונחייך חיוך קטן לעצמנו, כי מגיע לנו</w:t>
      </w:r>
    </w:p>
    <w:p>
      <w:pPr>
        <w:bidi/>
        <w:pStyle w:val="Heading2"/>
        <w:jc w:val="right"/>
      </w:pPr>
      <w:r>
        <w:rPr>
          <w:rFonts w:ascii="Arial" w:hAnsi="Arial" w:cs="Arial"/>
          <w:b/>
          <w:color w:val="2B8A3E"/>
          <w:sz w:val="32"/>
          <w:rtl/>
          <w:szCs w:val="32"/>
          <w:bCs/>
        </w:rPr>
        <w:t>🧭 מנהיגות – שבוע 25.4 עד 30.4.2027 · י״ח ניסן תשפ״ז</w:t>
      </w:r>
    </w:p>
    <w:p>
      <w:pPr>
        <w:bidi/>
        <w:jc w:val="right"/>
      </w:pPr>
      <w:r>
        <w:rPr>
          <w:rFonts w:ascii="Arial" w:hAnsi="Arial" w:cs="Arial"/>
          <w:color w:val="555577"/>
          <w:sz w:val="24"/>
          <w:rtl/>
          <w:szCs w:val="24"/>
        </w:rPr>
        <w:t>היכולת להוביל אחרים בדוגמה אישית, בהקשבה ובאחריות למטרה משותפת · המשפט של השבוע: "מנהיג אמיתי הולך ראשון ודואג שאף אחד לא יישאר מאחור"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גַּם אֲנִי יְכוֹלָה, גַּם אֲנִי יָכוֹל</w:t>
      </w:r>
    </w:p>
    <w:p>
      <w:pPr>
        <w:bidi/>
        <w:jc w:val="right"/>
      </w:pPr>
      <w:r>
        <w:rPr>
          <w:rFonts w:ascii="Arial" w:hAnsi="Arial" w:cs="Arial"/>
          <w:sz w:val="24"/>
          <w:rtl/>
          <w:szCs w:val="24"/>
        </w:rPr>
        <w:t>סיפור (א׳–ד׳): בהפסקה כולם רצו לשחק, אבל אף אחד לא ידע מה. מאיה הציעה: "בואו נצביע". כולם הצביעו, ומאיה דאגה שגם הילד החדש יבחר.</w:t>
      </w:r>
    </w:p>
    <w:p>
      <w:pPr>
        <w:bidi/>
        <w:jc w:val="right"/>
      </w:pPr>
      <w:r>
        <w:rPr>
          <w:rFonts w:ascii="Arial" w:hAnsi="Arial" w:cs="Arial"/>
          <w:sz w:val="24"/>
          <w:rtl/>
          <w:szCs w:val="24"/>
        </w:rPr>
        <w:t>• מתי הייתם ראשונים לעזור או להציע רעיון?</w:t>
      </w:r>
    </w:p>
    <w:p>
      <w:pPr>
        <w:bidi/>
        <w:jc w:val="right"/>
      </w:pPr>
      <w:r>
        <w:rPr>
          <w:rFonts w:ascii="Arial" w:hAnsi="Arial" w:cs="Arial"/>
          <w:sz w:val="24"/>
          <w:rtl/>
          <w:szCs w:val="24"/>
        </w:rPr>
        <w:t>• מה עושה מנהיג טוב בכיתה?</w:t>
      </w:r>
    </w:p>
    <w:p>
      <w:pPr>
        <w:bidi/>
        <w:jc w:val="right"/>
      </w:pPr>
      <w:r>
        <w:rPr>
          <w:rFonts w:ascii="Arial" w:hAnsi="Arial" w:cs="Arial"/>
          <w:sz w:val="24"/>
          <w:rtl/>
          <w:szCs w:val="24"/>
        </w:rPr>
        <w:t>סיפור (ה׳–ו׳): בכיתה החליטו לארגן מכירת עוגות לטובת פינת קריאה. מיכאל אוהב לתת הוראות, אבל שם לב שאף אחד לא מקשיב לו. הוא החליט לשאול כל אחד מה הוא אוהב לעשות. פתאום כולם רצו לעזור.</w:t>
      </w:r>
    </w:p>
    <w:p>
      <w:pPr>
        <w:bidi/>
        <w:jc w:val="right"/>
      </w:pPr>
      <w:r>
        <w:rPr>
          <w:rFonts w:ascii="Arial" w:hAnsi="Arial" w:cs="Arial"/>
          <w:sz w:val="24"/>
          <w:rtl/>
          <w:szCs w:val="24"/>
        </w:rPr>
        <w:t>• מה ההבדל בין לתת הוראות לבין להוביל?</w:t>
      </w:r>
    </w:p>
    <w:p>
      <w:pPr>
        <w:bidi/>
        <w:jc w:val="right"/>
      </w:pPr>
      <w:r>
        <w:rPr>
          <w:rFonts w:ascii="Arial" w:hAnsi="Arial" w:cs="Arial"/>
          <w:sz w:val="24"/>
          <w:rtl/>
          <w:szCs w:val="24"/>
        </w:rPr>
        <w:t>• איך מנהיג או מנהיגה דואגים שכולם ירגישו שייכים?</w:t>
      </w:r>
    </w:p>
    <w:p>
      <w:pPr>
        <w:bidi/>
        <w:jc w:val="right"/>
      </w:pPr>
      <w:r>
        <w:rPr>
          <w:rFonts w:ascii="Arial" w:hAnsi="Arial" w:cs="Arial"/>
          <w:b/>
          <w:color w:val="2B8A3E"/>
          <w:sz w:val="26"/>
          <w:rtl/>
          <w:szCs w:val="26"/>
          <w:bCs/>
        </w:rPr>
        <w:t>▌ 📜 פרשת אחרי מות</w:t>
      </w:r>
    </w:p>
    <w:p>
      <w:pPr>
        <w:bidi/>
        <w:jc w:val="right"/>
      </w:pPr>
      <w:r>
        <w:rPr>
          <w:rFonts w:ascii="Arial" w:hAnsi="Arial" w:cs="Arial"/>
          <w:sz w:val="24"/>
          <w:rtl/>
          <w:szCs w:val="24"/>
        </w:rPr>
        <w:t>"ושמרתם את חקתי ואת משפטי אשר יעשה אתם האדם וחי בהם" (ויקרא יח, ה) – לוודא</w:t>
      </w:r>
    </w:p>
    <w:p>
      <w:pPr>
        <w:bidi/>
        <w:jc w:val="right"/>
      </w:pPr>
      <w:r>
        <w:rPr>
          <w:rFonts w:ascii="Arial" w:hAnsi="Arial" w:cs="Arial"/>
          <w:sz w:val="24"/>
          <w:rtl/>
          <w:szCs w:val="24"/>
        </w:rPr>
        <w:t>הפסוק אומר שהמצוות נועדו כדי לחיות בהן. כלומר, לחיות חיים טובים ושמחים.</w:t>
      </w:r>
    </w:p>
    <w:p>
      <w:pPr>
        <w:bidi/>
        <w:jc w:val="right"/>
      </w:pPr>
      <w:r>
        <w:rPr>
          <w:rFonts w:ascii="Arial" w:hAnsi="Arial" w:cs="Arial"/>
          <w:sz w:val="24"/>
          <w:rtl/>
          <w:szCs w:val="24"/>
        </w:rPr>
        <w:t>שאלה: איזה כלל בחיים שלכם עוזר לכם לחיות טוב יותר?</w:t>
      </w:r>
    </w:p>
    <w:p>
      <w:pPr>
        <w:bidi/>
        <w:jc w:val="right"/>
      </w:pPr>
      <w:r>
        <w:rPr>
          <w:rFonts w:ascii="Arial" w:hAnsi="Arial" w:cs="Arial"/>
          <w:b/>
          <w:color w:val="2B8A3E"/>
          <w:sz w:val="26"/>
          <w:rtl/>
          <w:szCs w:val="26"/>
          <w:bCs/>
        </w:rPr>
        <w:t>▌ ✨ מילים מהפרשה לחיים: "לפני ה' תטהרו" (ויקרא טז, ל)</w:t>
      </w:r>
    </w:p>
    <w:p>
      <w:pPr>
        <w:bidi/>
        <w:jc w:val="right"/>
      </w:pPr>
      <w:r>
        <w:rPr>
          <w:rFonts w:ascii="Arial" w:hAnsi="Arial" w:cs="Arial"/>
          <w:sz w:val="24"/>
          <w:rtl/>
          <w:szCs w:val="24"/>
        </w:rPr>
        <w:t>כמו שגוף צריך מקלחת, גם הלב צריך לפעמים ניקוי. אפשר לעמוד לפני הקדוש ברוך הוא בכנות, לספר מה הכביד עלינו ולהשאיר את זה מאחור. השבוע נתחיל נקיים: בלי טינה ישנה ועם הרבה תקווה.</w:t>
      </w:r>
    </w:p>
    <w:p>
      <w:pPr>
        <w:bidi/>
        <w:jc w:val="right"/>
      </w:pPr>
      <w:r>
        <w:rPr>
          <w:rFonts w:ascii="Arial" w:hAnsi="Arial" w:cs="Arial"/>
          <w:sz w:val="24"/>
          <w:rtl/>
          <w:szCs w:val="24"/>
        </w:rPr>
        <w:t>שאלה: איזו מחשבה או הרגשה הייתם רוצים להשאיר מאחור ולהתחיל נקי?</w:t>
      </w:r>
    </w:p>
    <w:p>
      <w:pPr>
        <w:bidi/>
        <w:jc w:val="right"/>
      </w:pPr>
      <w:r>
        <w:rPr>
          <w:rFonts w:ascii="Arial" w:hAnsi="Arial" w:cs="Arial"/>
          <w:sz w:val="24"/>
          <w:rtl/>
          <w:szCs w:val="24"/>
        </w:rPr>
        <w:t>🧩 חידה: יש לי מחט שתמיד מצביעה לצפון, ובעזרתי לא הולכים לאיבוד. מה אני?  (תשובה: מצפן)</w:t>
      </w:r>
    </w:p>
    <w:p>
      <w:pPr>
        <w:bidi/>
        <w:jc w:val="right"/>
      </w:pPr>
      <w:r>
        <w:rPr>
          <w:rFonts w:ascii="Arial" w:hAnsi="Arial" w:cs="Arial"/>
          <w:sz w:val="24"/>
          <w:rtl/>
          <w:szCs w:val="24"/>
        </w:rPr>
        <w:t>🎯 מטרות: להציע רעיון למשחק בהפסקה · לעזור לילד או ילדה חדשים · להיות דוגמה בסדר ובניקיון</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ראיתם מישהו מוביל בדרך טובה?</w:t>
      </w:r>
    </w:p>
    <w:p>
      <w:pPr>
        <w:bidi/>
        <w:jc w:val="right"/>
      </w:pPr>
      <w:r>
        <w:rPr>
          <w:rFonts w:ascii="Arial" w:hAnsi="Arial" w:cs="Arial"/>
          <w:sz w:val="24"/>
          <w:rtl/>
          <w:szCs w:val="24"/>
        </w:rPr>
        <w:t>• 🙏 למי תרצו להודות על שהוביל, ארגן או עזר לכולם?</w:t>
      </w:r>
    </w:p>
    <w:p>
      <w:pPr>
        <w:bidi/>
        <w:jc w:val="right"/>
      </w:pPr>
      <w:r>
        <w:rPr>
          <w:rFonts w:ascii="Arial" w:hAnsi="Arial" w:cs="Arial"/>
          <w:sz w:val="24"/>
          <w:rtl/>
          <w:szCs w:val="24"/>
        </w:rPr>
        <w:t>• 💛 מחמאת מנהיגות: "ראיתי איך דאגת לכולם כש..."</w:t>
      </w:r>
    </w:p>
    <w:p>
      <w:pPr>
        <w:bidi/>
        <w:jc w:val="right"/>
      </w:pPr>
      <w:r>
        <w:rPr>
          <w:rFonts w:ascii="Arial" w:hAnsi="Arial" w:cs="Arial"/>
          <w:sz w:val="24"/>
          <w:rtl/>
          <w:szCs w:val="24"/>
        </w:rPr>
        <w:t>• 💡 מה למדתי השבוע על להוביל ועל להקשיב?</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נשב רגע בשקט ונזכור: כל אחד ואחת מאיתנו יכולים להאיר דרך למישהו</w:t>
      </w:r>
    </w:p>
    <w:p>
      <w:pPr>
        <w:bidi/>
        <w:pStyle w:val="Heading2"/>
        <w:jc w:val="right"/>
      </w:pPr>
      <w:r>
        <w:rPr>
          <w:rFonts w:ascii="Arial" w:hAnsi="Arial" w:cs="Arial"/>
          <w:b/>
          <w:color w:val="2B8A3E"/>
          <w:sz w:val="32"/>
          <w:rtl/>
          <w:szCs w:val="32"/>
          <w:bCs/>
        </w:rPr>
        <w:t>🙌 התנדבות – שבוע 2.5 עד 7.5.2027 · כ״ה ניסן תשפ״ז</w:t>
      </w:r>
    </w:p>
    <w:p>
      <w:pPr>
        <w:bidi/>
        <w:jc w:val="right"/>
      </w:pPr>
      <w:r>
        <w:rPr>
          <w:rFonts w:ascii="Arial" w:hAnsi="Arial" w:cs="Arial"/>
          <w:color w:val="555577"/>
          <w:sz w:val="24"/>
          <w:rtl/>
          <w:szCs w:val="24"/>
        </w:rPr>
        <w:t>לתת מזמננו ומכוחנו לאחרים מרצון, בלי לצפות לתמורה · המשפט של השבוע: "הידיים שלנו קטנות, אבל ביחד הן עושות דברים גדולים"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עוֹזְרִים כִּי רוֹצִים</w:t>
      </w:r>
    </w:p>
    <w:p>
      <w:pPr>
        <w:bidi/>
        <w:jc w:val="right"/>
      </w:pPr>
      <w:r>
        <w:rPr>
          <w:rFonts w:ascii="Arial" w:hAnsi="Arial" w:cs="Arial"/>
          <w:sz w:val="24"/>
          <w:rtl/>
          <w:szCs w:val="24"/>
        </w:rPr>
        <w:t>סיפור (א׳–ד׳): בשכונה של טל יש גינה ציבורית מלאה בעלים יבשים. טל, אבא שלו ושכנה מהבניין הביאו שקיות וניקו יחד. בסוף שתלו פרח קטן ליד הספסל.</w:t>
      </w:r>
    </w:p>
    <w:p>
      <w:pPr>
        <w:bidi/>
        <w:jc w:val="right"/>
      </w:pPr>
      <w:r>
        <w:rPr>
          <w:rFonts w:ascii="Arial" w:hAnsi="Arial" w:cs="Arial"/>
          <w:sz w:val="24"/>
          <w:rtl/>
          <w:szCs w:val="24"/>
        </w:rPr>
        <w:t>• במה אתם אוהבים לעזור בבית?</w:t>
      </w:r>
    </w:p>
    <w:p>
      <w:pPr>
        <w:bidi/>
        <w:jc w:val="right"/>
      </w:pPr>
      <w:r>
        <w:rPr>
          <w:rFonts w:ascii="Arial" w:hAnsi="Arial" w:cs="Arial"/>
          <w:sz w:val="24"/>
          <w:rtl/>
          <w:szCs w:val="24"/>
        </w:rPr>
        <w:t>• איך מרגישים אחרי שעוזרים למישהו?</w:t>
      </w:r>
    </w:p>
    <w:p>
      <w:pPr>
        <w:bidi/>
        <w:jc w:val="right"/>
      </w:pPr>
      <w:r>
        <w:rPr>
          <w:rFonts w:ascii="Arial" w:hAnsi="Arial" w:cs="Arial"/>
          <w:sz w:val="24"/>
          <w:rtl/>
          <w:szCs w:val="24"/>
        </w:rPr>
        <w:t>סיפור (ה׳–ו׳): דניאל רצה להתנדב, אבל חשב שהוא קטן מדי. אמא שלו הציעה לקרוא סיפורים לילדים בגן שליד הבית. כבר בפעם הראשונה ילדה קטנה חיבקה אותו ושאלה מתי הוא בא שוב. איזו התנדבות מתאימה לגיל שלכם?</w:t>
      </w:r>
    </w:p>
    <w:p>
      <w:pPr>
        <w:bidi/>
        <w:jc w:val="right"/>
      </w:pPr>
      <w:r>
        <w:rPr>
          <w:rFonts w:ascii="Arial" w:hAnsi="Arial" w:cs="Arial"/>
          <w:sz w:val="24"/>
          <w:rtl/>
          <w:szCs w:val="24"/>
        </w:rPr>
        <w:t>• איזו התנדבות קטנה אפשר לעשות כבר השבוע?</w:t>
      </w:r>
    </w:p>
    <w:p>
      <w:pPr>
        <w:bidi/>
        <w:jc w:val="right"/>
      </w:pPr>
      <w:r>
        <w:rPr>
          <w:rFonts w:ascii="Arial" w:hAnsi="Arial" w:cs="Arial"/>
          <w:sz w:val="24"/>
          <w:rtl/>
          <w:szCs w:val="24"/>
        </w:rPr>
        <w:t>• למה אנשים מתנדבים גם כשלא משלמים להם?</w:t>
      </w:r>
    </w:p>
    <w:p>
      <w:pPr>
        <w:bidi/>
        <w:jc w:val="right"/>
      </w:pPr>
      <w:r>
        <w:rPr>
          <w:rFonts w:ascii="Arial" w:hAnsi="Arial" w:cs="Arial"/>
          <w:b/>
          <w:color w:val="2B8A3E"/>
          <w:sz w:val="26"/>
          <w:rtl/>
          <w:szCs w:val="26"/>
          <w:bCs/>
        </w:rPr>
        <w:t>▌ 📜 פרשת קדושים</w:t>
      </w:r>
    </w:p>
    <w:p>
      <w:pPr>
        <w:bidi/>
        <w:jc w:val="right"/>
      </w:pPr>
      <w:r>
        <w:rPr>
          <w:rFonts w:ascii="Arial" w:hAnsi="Arial" w:cs="Arial"/>
          <w:sz w:val="24"/>
          <w:rtl/>
          <w:szCs w:val="24"/>
        </w:rPr>
        <w:t>"ואהבת לרעך כמוך" (ויקרא יט, יח) – לוודא</w:t>
      </w:r>
    </w:p>
    <w:p>
      <w:pPr>
        <w:bidi/>
        <w:jc w:val="right"/>
      </w:pPr>
      <w:r>
        <w:rPr>
          <w:rFonts w:ascii="Arial" w:hAnsi="Arial" w:cs="Arial"/>
          <w:sz w:val="24"/>
          <w:rtl/>
          <w:szCs w:val="24"/>
        </w:rPr>
        <w:t>התורה מבקשת שנאהב את החברים שלנו כמו שאנחנו אוהבים את עצמנו. כלומר, להתייחס לאחרים כמו שהיינו רוצים שיתייחסו אלינו.</w:t>
      </w:r>
    </w:p>
    <w:p>
      <w:pPr>
        <w:bidi/>
        <w:jc w:val="right"/>
      </w:pPr>
      <w:r>
        <w:rPr>
          <w:rFonts w:ascii="Arial" w:hAnsi="Arial" w:cs="Arial"/>
          <w:sz w:val="24"/>
          <w:rtl/>
          <w:szCs w:val="24"/>
        </w:rPr>
        <w:t>שאלה: מה פירוש בעיניכם לאהוב את האחר "כמוך"?</w:t>
      </w:r>
    </w:p>
    <w:p>
      <w:pPr>
        <w:bidi/>
        <w:jc w:val="right"/>
      </w:pPr>
      <w:r>
        <w:rPr>
          <w:rFonts w:ascii="Arial" w:hAnsi="Arial" w:cs="Arial"/>
          <w:b/>
          <w:color w:val="2B8A3E"/>
          <w:sz w:val="26"/>
          <w:rtl/>
          <w:szCs w:val="26"/>
          <w:bCs/>
        </w:rPr>
        <w:t>▌ ✨ מילים מהפרשה לחיים: "קדשים תהיו" (ויקרא יט, ב)</w:t>
      </w:r>
    </w:p>
    <w:p>
      <w:pPr>
        <w:bidi/>
        <w:jc w:val="right"/>
      </w:pPr>
      <w:r>
        <w:rPr>
          <w:rFonts w:ascii="Arial" w:hAnsi="Arial" w:cs="Arial"/>
          <w:sz w:val="24"/>
          <w:rtl/>
          <w:szCs w:val="24"/>
        </w:rPr>
        <w:t>להיות קדוש לא אומר להיות מושלם. זה אומר לבחור שוב ושוב בטוב: לדבר יפה, לעזור, לשמור על ההבטחות שלנו. בכל אחד ואחת מאיתנו יש ניצוץ של קדושה, והשבוע נוכל לתת לו להאיר.</w:t>
      </w:r>
    </w:p>
    <w:p>
      <w:pPr>
        <w:bidi/>
        <w:jc w:val="right"/>
      </w:pPr>
      <w:r>
        <w:rPr>
          <w:rFonts w:ascii="Arial" w:hAnsi="Arial" w:cs="Arial"/>
          <w:sz w:val="24"/>
          <w:rtl/>
          <w:szCs w:val="24"/>
        </w:rPr>
        <w:t>שאלה: מה זה בשבילכם להיות אדם טוב במעשים קטנים?</w:t>
      </w:r>
    </w:p>
    <w:p>
      <w:pPr>
        <w:bidi/>
        <w:jc w:val="right"/>
      </w:pPr>
      <w:r>
        <w:rPr>
          <w:rFonts w:ascii="Arial" w:hAnsi="Arial" w:cs="Arial"/>
          <w:sz w:val="24"/>
          <w:rtl/>
          <w:szCs w:val="24"/>
        </w:rPr>
        <w:t>🧩 חידה: מה נעשה רטוב יותר ככל שהוא מייבש?  (תשובה: מגבת)</w:t>
      </w:r>
    </w:p>
    <w:p>
      <w:pPr>
        <w:bidi/>
        <w:jc w:val="right"/>
      </w:pPr>
      <w:r>
        <w:rPr>
          <w:rFonts w:ascii="Arial" w:hAnsi="Arial" w:cs="Arial"/>
          <w:sz w:val="24"/>
          <w:rtl/>
          <w:szCs w:val="24"/>
        </w:rPr>
        <w:t>🎯 מטרות: לעזור בבית בלי שיבקשו · לאסוף צעצוע שלא משחקים בו ולתרום · לעזור לחבר או חברה בכיתה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במה עזרתם השבוע בלי שביקשו מכם?</w:t>
      </w:r>
    </w:p>
    <w:p>
      <w:pPr>
        <w:bidi/>
        <w:jc w:val="right"/>
      </w:pPr>
      <w:r>
        <w:rPr>
          <w:rFonts w:ascii="Arial" w:hAnsi="Arial" w:cs="Arial"/>
          <w:sz w:val="24"/>
          <w:rtl/>
          <w:szCs w:val="24"/>
        </w:rPr>
        <w:t>• 🙏 למי תרצו להודות על שנתן מזמנו בשבילכם?</w:t>
      </w:r>
    </w:p>
    <w:p>
      <w:pPr>
        <w:bidi/>
        <w:jc w:val="right"/>
      </w:pPr>
      <w:r>
        <w:rPr>
          <w:rFonts w:ascii="Arial" w:hAnsi="Arial" w:cs="Arial"/>
          <w:sz w:val="24"/>
          <w:rtl/>
          <w:szCs w:val="24"/>
        </w:rPr>
        <w:t>• 💛 מחמאת נתינה: "ראיתי שהתנדבת ל... וזה היה מקסים"</w:t>
      </w:r>
    </w:p>
    <w:p>
      <w:pPr>
        <w:bidi/>
        <w:jc w:val="right"/>
      </w:pPr>
      <w:r>
        <w:rPr>
          <w:rFonts w:ascii="Arial" w:hAnsi="Arial" w:cs="Arial"/>
          <w:sz w:val="24"/>
          <w:rtl/>
          <w:szCs w:val="24"/>
        </w:rPr>
        <w:t>• 💡 מה למדתי השבוע על לתת מעצמי?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נניח יד על הלב ונרגיש כמה טוב שיש לנו ידיים שיכולות לעזור</w:t>
      </w:r>
    </w:p>
    <w:p>
      <w:pPr>
        <w:bidi/>
        <w:pStyle w:val="Heading2"/>
        <w:jc w:val="right"/>
      </w:pPr>
      <w:r>
        <w:rPr>
          <w:rFonts w:ascii="Arial" w:hAnsi="Arial" w:cs="Arial"/>
          <w:b/>
          <w:color w:val="2B8A3E"/>
          <w:sz w:val="32"/>
          <w:rtl/>
          <w:szCs w:val="32"/>
          <w:bCs/>
        </w:rPr>
        <w:t>🏡 משפחה – שבוע 9.5 עד 14.5.2027 · ב׳ אייר תשפ״ז</w:t>
      </w:r>
    </w:p>
    <w:p>
      <w:pPr>
        <w:bidi/>
        <w:jc w:val="right"/>
      </w:pPr>
      <w:r>
        <w:rPr>
          <w:rFonts w:ascii="Arial" w:hAnsi="Arial" w:cs="Arial"/>
          <w:color w:val="555577"/>
          <w:sz w:val="24"/>
          <w:rtl/>
          <w:szCs w:val="24"/>
        </w:rPr>
        <w:t>האנשים הקרובים שדואגים לנו ושאנחנו דואגים להם, בכל צורה ובכל גודל · המשפט של השבוע: "משפחה היא לא איך היא נראית, אלא איך מרגישים בה"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כָּל מִשְׁפָּחָה הִיא בַּיִת חַם</w:t>
      </w:r>
    </w:p>
    <w:p>
      <w:pPr>
        <w:bidi/>
        <w:jc w:val="right"/>
      </w:pPr>
      <w:r>
        <w:rPr>
          <w:rFonts w:ascii="Arial" w:hAnsi="Arial" w:cs="Arial"/>
          <w:sz w:val="24"/>
          <w:rtl/>
          <w:szCs w:val="24"/>
        </w:rPr>
        <w:t>סיפור (א׳–ד׳): בכיתה ציירו את המשפחה. אלמז ציירה את אמא ואת סבתא, יוסף צייר שני אבות וכלב, ונועה ציירה את אמא, את בן הזוג שלה ושלושה אחים. המורה תלתה את כל הציורים ביחד, וקראה ללוח "הבתים שלנו".</w:t>
      </w:r>
    </w:p>
    <w:p>
      <w:pPr>
        <w:bidi/>
        <w:jc w:val="right"/>
      </w:pPr>
      <w:r>
        <w:rPr>
          <w:rFonts w:ascii="Arial" w:hAnsi="Arial" w:cs="Arial"/>
          <w:sz w:val="24"/>
          <w:rtl/>
          <w:szCs w:val="24"/>
        </w:rPr>
        <w:t>• מה אתם אוהבים לעשות עם המשפחה?</w:t>
      </w:r>
    </w:p>
    <w:p>
      <w:pPr>
        <w:bidi/>
        <w:jc w:val="right"/>
      </w:pPr>
      <w:r>
        <w:rPr>
          <w:rFonts w:ascii="Arial" w:hAnsi="Arial" w:cs="Arial"/>
          <w:sz w:val="24"/>
          <w:rtl/>
          <w:szCs w:val="24"/>
        </w:rPr>
        <w:t>• מי בבית מצחיק אתכם הכי הרבה?</w:t>
      </w:r>
    </w:p>
    <w:p>
      <w:pPr>
        <w:bidi/>
        <w:jc w:val="right"/>
      </w:pPr>
      <w:r>
        <w:rPr>
          <w:rFonts w:ascii="Arial" w:hAnsi="Arial" w:cs="Arial"/>
          <w:sz w:val="24"/>
          <w:rtl/>
          <w:szCs w:val="24"/>
        </w:rPr>
        <w:t>סיפור (ה׳–ו׳): איתי רצה לשחק אחרי בית הספר, אבל הבטיח לעזור לסבא שלו לסדר את המחסן. הוא כעס קצת. בזמן הסידור סבא סיפר לו סיפורים מהילדות שלו, ואיתי גילה דברים שלא ידע. מתי זמן משפחתי מפתיע אותנו?</w:t>
      </w:r>
    </w:p>
    <w:p>
      <w:pPr>
        <w:bidi/>
        <w:jc w:val="right"/>
      </w:pPr>
      <w:r>
        <w:rPr>
          <w:rFonts w:ascii="Arial" w:hAnsi="Arial" w:cs="Arial"/>
          <w:sz w:val="24"/>
          <w:rtl/>
          <w:szCs w:val="24"/>
        </w:rPr>
        <w:t>• איזה מנהג קטן יש לכם במשפחה?</w:t>
      </w:r>
    </w:p>
    <w:p>
      <w:pPr>
        <w:bidi/>
        <w:jc w:val="right"/>
      </w:pPr>
      <w:r>
        <w:rPr>
          <w:rFonts w:ascii="Arial" w:hAnsi="Arial" w:cs="Arial"/>
          <w:sz w:val="24"/>
          <w:rtl/>
          <w:szCs w:val="24"/>
        </w:rPr>
        <w:t>• איך אפשר לעזור בבית בלי שיבקשו?</w:t>
      </w:r>
    </w:p>
    <w:p>
      <w:pPr>
        <w:bidi/>
        <w:jc w:val="right"/>
      </w:pPr>
      <w:r>
        <w:rPr>
          <w:rFonts w:ascii="Arial" w:hAnsi="Arial" w:cs="Arial"/>
          <w:b/>
          <w:color w:val="2B8A3E"/>
          <w:sz w:val="26"/>
          <w:rtl/>
          <w:szCs w:val="26"/>
          <w:bCs/>
        </w:rPr>
        <w:t>▌ 📜 פרשת אמור</w:t>
      </w:r>
    </w:p>
    <w:p>
      <w:pPr>
        <w:bidi/>
        <w:jc w:val="right"/>
      </w:pPr>
      <w:r>
        <w:rPr>
          <w:rFonts w:ascii="Arial" w:hAnsi="Arial" w:cs="Arial"/>
          <w:sz w:val="24"/>
          <w:rtl/>
          <w:szCs w:val="24"/>
        </w:rPr>
        <w:t>"ולקט קצירך לא תלקט לעני ולגר תעזב אתם" (ויקרא כג, כב) – לוודא</w:t>
      </w:r>
    </w:p>
    <w:p>
      <w:pPr>
        <w:bidi/>
        <w:jc w:val="right"/>
      </w:pPr>
      <w:r>
        <w:rPr>
          <w:rFonts w:ascii="Arial" w:hAnsi="Arial" w:cs="Arial"/>
          <w:sz w:val="24"/>
          <w:rtl/>
          <w:szCs w:val="24"/>
        </w:rPr>
        <w:t>בזמן הקציר החקלאי משאיר חלק מהיבול בשדה, כדי שגם מי שאין לו יוכל לאסוף. כך כולם יכולים ליהנות.</w:t>
      </w:r>
    </w:p>
    <w:p>
      <w:pPr>
        <w:bidi/>
        <w:jc w:val="right"/>
      </w:pPr>
      <w:r>
        <w:rPr>
          <w:rFonts w:ascii="Arial" w:hAnsi="Arial" w:cs="Arial"/>
          <w:sz w:val="24"/>
          <w:rtl/>
          <w:szCs w:val="24"/>
        </w:rPr>
        <w:t>שאלה: איך אפשר "להשאיר בשדה" משהו לאחרים בחיים שלנו היום?</w:t>
      </w:r>
    </w:p>
    <w:p>
      <w:pPr>
        <w:bidi/>
        <w:jc w:val="right"/>
      </w:pPr>
      <w:r>
        <w:rPr>
          <w:rFonts w:ascii="Arial" w:hAnsi="Arial" w:cs="Arial"/>
          <w:b/>
          <w:color w:val="2B8A3E"/>
          <w:sz w:val="26"/>
          <w:rtl/>
          <w:szCs w:val="26"/>
          <w:bCs/>
        </w:rPr>
        <w:t>▌ ✨ מילים מהפרשה לחיים: "ונקדשתי בתוך בני ישראל" (ויקרא כב, לב)</w:t>
      </w:r>
    </w:p>
    <w:p>
      <w:pPr>
        <w:bidi/>
        <w:jc w:val="right"/>
      </w:pPr>
      <w:r>
        <w:rPr>
          <w:rFonts w:ascii="Arial" w:hAnsi="Arial" w:cs="Arial"/>
          <w:sz w:val="24"/>
          <w:rtl/>
          <w:szCs w:val="24"/>
        </w:rPr>
        <w:t>השם הטוב של האמונה נבנה בתוכנו, דרך האופן שבו אנחנו מתנהגים. כשאנחנו הגונים, אדיבים ואמינים, אנשים רואים כמה יופי יש בדרך הזאת. השבוע כל מעשה טוב שלנו יכול להיות קידוש השם קטן.</w:t>
      </w:r>
    </w:p>
    <w:p>
      <w:pPr>
        <w:bidi/>
        <w:jc w:val="right"/>
      </w:pPr>
      <w:r>
        <w:rPr>
          <w:rFonts w:ascii="Arial" w:hAnsi="Arial" w:cs="Arial"/>
          <w:sz w:val="24"/>
          <w:rtl/>
          <w:szCs w:val="24"/>
        </w:rPr>
        <w:t>שאלה: איזה מעשה קטן שלכם יכול לגרום למישהו לחייך השבוע?</w:t>
      </w:r>
    </w:p>
    <w:p>
      <w:pPr>
        <w:bidi/>
        <w:jc w:val="right"/>
      </w:pPr>
      <w:r>
        <w:rPr>
          <w:rFonts w:ascii="Arial" w:hAnsi="Arial" w:cs="Arial"/>
          <w:sz w:val="24"/>
          <w:rtl/>
          <w:szCs w:val="24"/>
        </w:rPr>
        <w:t>🧩 חידה: לאמא של נועה יש שלוש בנות: בת ראשונה בשם דנה, בת שנייה בשם רונה. מה השם של הבת השלישית?  (תשובה: נועה)</w:t>
      </w:r>
    </w:p>
    <w:p>
      <w:pPr>
        <w:bidi/>
        <w:jc w:val="right"/>
      </w:pPr>
      <w:r>
        <w:rPr>
          <w:rFonts w:ascii="Arial" w:hAnsi="Arial" w:cs="Arial"/>
          <w:sz w:val="24"/>
          <w:rtl/>
          <w:szCs w:val="24"/>
        </w:rPr>
        <w:t>🎯 מטרות: לעזור בבית במשימה אחת · לספר במשפחה על דבר טוב מבית הספר · לחבק או לומר תודה למישהו בבית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משפחתי טוב השבוע?</w:t>
      </w:r>
    </w:p>
    <w:p>
      <w:pPr>
        <w:bidi/>
        <w:jc w:val="right"/>
      </w:pPr>
      <w:r>
        <w:rPr>
          <w:rFonts w:ascii="Arial" w:hAnsi="Arial" w:cs="Arial"/>
          <w:sz w:val="24"/>
          <w:rtl/>
          <w:szCs w:val="24"/>
        </w:rPr>
        <w:t>• 🙏 למי מהבית תרצו להודות, ועל מה?</w:t>
      </w:r>
    </w:p>
    <w:p>
      <w:pPr>
        <w:bidi/>
        <w:jc w:val="right"/>
      </w:pPr>
      <w:r>
        <w:rPr>
          <w:rFonts w:ascii="Arial" w:hAnsi="Arial" w:cs="Arial"/>
          <w:sz w:val="24"/>
          <w:rtl/>
          <w:szCs w:val="24"/>
        </w:rPr>
        <w:t>• 💛 מחמאה למישהו מהבית: "אני אוהב/ת כשאת/ה..."</w:t>
      </w:r>
    </w:p>
    <w:p>
      <w:pPr>
        <w:bidi/>
        <w:jc w:val="right"/>
      </w:pPr>
      <w:r>
        <w:rPr>
          <w:rFonts w:ascii="Arial" w:hAnsi="Arial" w:cs="Arial"/>
          <w:sz w:val="24"/>
          <w:rtl/>
          <w:szCs w:val="24"/>
        </w:rPr>
        <w:t>• 💡 מה למדתי השבוע על המשפחה שלי או על משפחות אחרות?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נעצום עיניים ונשלח מחשבה טובה לכל מי שמחכה לנו בבית</w:t>
      </w:r>
    </w:p>
    <w:p>
      <w:pPr>
        <w:bidi/>
        <w:pStyle w:val="Heading2"/>
        <w:jc w:val="right"/>
      </w:pPr>
      <w:r>
        <w:rPr>
          <w:rFonts w:ascii="Arial" w:hAnsi="Arial" w:cs="Arial"/>
          <w:b/>
          <w:color w:val="2B8A3E"/>
          <w:sz w:val="32"/>
          <w:rtl/>
          <w:szCs w:val="32"/>
          <w:bCs/>
        </w:rPr>
        <w:t>🕊️ שלום ופתרון מחלוקות – שבוע 16.5 עד 21.5.2027 · ט׳ אייר תשפ״ז</w:t>
      </w:r>
    </w:p>
    <w:p>
      <w:pPr>
        <w:bidi/>
        <w:jc w:val="right"/>
      </w:pPr>
      <w:r>
        <w:rPr>
          <w:rFonts w:ascii="Arial" w:hAnsi="Arial" w:cs="Arial"/>
          <w:color w:val="555577"/>
          <w:sz w:val="24"/>
          <w:rtl/>
          <w:szCs w:val="24"/>
        </w:rPr>
        <w:t>לפתור ויכוחים במילים, בהקשבה ובחיפוש פתרון שטוב לכולם · המשפט של השבוע: "בוויכוח טוב לא מנצחים את השני, מנצחים את הבעיה"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מְדַבְּרִים, מַקְשִׁיבִים וּמַשְׁלִימִים</w:t>
      </w:r>
    </w:p>
    <w:p>
      <w:pPr>
        <w:bidi/>
        <w:jc w:val="right"/>
      </w:pPr>
      <w:r>
        <w:rPr>
          <w:rFonts w:ascii="Arial" w:hAnsi="Arial" w:cs="Arial"/>
          <w:sz w:val="24"/>
          <w:rtl/>
          <w:szCs w:val="24"/>
        </w:rPr>
        <w:t>סיפור (א׳–ד׳): טל ואדל רצו את אותה נדנדה. הם התחילו לריב, ואז טל אמרה: "בואי נספור עד עשרים כל אחת". הן התנדנדו בתורות וצחקו כל הדרך.</w:t>
      </w:r>
    </w:p>
    <w:p>
      <w:pPr>
        <w:bidi/>
        <w:jc w:val="right"/>
      </w:pPr>
      <w:r>
        <w:rPr>
          <w:rFonts w:ascii="Arial" w:hAnsi="Arial" w:cs="Arial"/>
          <w:sz w:val="24"/>
          <w:rtl/>
          <w:szCs w:val="24"/>
        </w:rPr>
        <w:t>• מה אפשר לעשות כשרבים על משחק?</w:t>
      </w:r>
    </w:p>
    <w:p>
      <w:pPr>
        <w:bidi/>
        <w:jc w:val="right"/>
      </w:pPr>
      <w:r>
        <w:rPr>
          <w:rFonts w:ascii="Arial" w:hAnsi="Arial" w:cs="Arial"/>
          <w:sz w:val="24"/>
          <w:rtl/>
          <w:szCs w:val="24"/>
        </w:rPr>
        <w:t>• איך מרגישים אחרי שמשלימים?</w:t>
      </w:r>
    </w:p>
    <w:p>
      <w:pPr>
        <w:bidi/>
        <w:jc w:val="right"/>
      </w:pPr>
      <w:r>
        <w:rPr>
          <w:rFonts w:ascii="Arial" w:hAnsi="Arial" w:cs="Arial"/>
          <w:sz w:val="24"/>
          <w:rtl/>
          <w:szCs w:val="24"/>
        </w:rPr>
        <w:t>סיפור (ה׳–ו׳): בכדורגל בהפסקה פרץ ויכוח: האם הייתה נגיעה ביד או לא. שתי הקבוצות צעקו. מיכאל הציע להחליט שכשיש ספק, מתחילים שוב מהאמצע. כולם הסכימו, והמשחק המשיך. מה עוזר לעצור ויכוח לפני שהוא מתפוצץ?</w:t>
      </w:r>
    </w:p>
    <w:p>
      <w:pPr>
        <w:bidi/>
        <w:jc w:val="right"/>
      </w:pPr>
      <w:r>
        <w:rPr>
          <w:rFonts w:ascii="Arial" w:hAnsi="Arial" w:cs="Arial"/>
          <w:sz w:val="24"/>
          <w:rtl/>
          <w:szCs w:val="24"/>
        </w:rPr>
        <w:t>• מה עוזר לכם להירגע באמצע ויכוח?</w:t>
      </w:r>
    </w:p>
    <w:p>
      <w:pPr>
        <w:bidi/>
        <w:jc w:val="right"/>
      </w:pPr>
      <w:r>
        <w:rPr>
          <w:rFonts w:ascii="Arial" w:hAnsi="Arial" w:cs="Arial"/>
          <w:sz w:val="24"/>
          <w:rtl/>
          <w:szCs w:val="24"/>
        </w:rPr>
        <w:t>• מה ההבדל בין להתווכח לבין לריב?</w:t>
      </w:r>
    </w:p>
    <w:p>
      <w:pPr>
        <w:bidi/>
        <w:jc w:val="right"/>
      </w:pPr>
      <w:r>
        <w:rPr>
          <w:rFonts w:ascii="Arial" w:hAnsi="Arial" w:cs="Arial"/>
          <w:b/>
          <w:color w:val="2B8A3E"/>
          <w:sz w:val="26"/>
          <w:rtl/>
          <w:szCs w:val="26"/>
          <w:bCs/>
        </w:rPr>
        <w:t>▌ 📜 פרשת בהר</w:t>
      </w:r>
    </w:p>
    <w:p>
      <w:pPr>
        <w:bidi/>
        <w:jc w:val="right"/>
      </w:pPr>
      <w:r>
        <w:rPr>
          <w:rFonts w:ascii="Arial" w:hAnsi="Arial" w:cs="Arial"/>
          <w:sz w:val="24"/>
          <w:rtl/>
          <w:szCs w:val="24"/>
        </w:rPr>
        <w:t>"וכי ימוך אחיך ומטה ידו עמך והחזקת בו" (ויקרא כה, לה) – לוודא</w:t>
      </w:r>
    </w:p>
    <w:p>
      <w:pPr>
        <w:bidi/>
        <w:jc w:val="right"/>
      </w:pPr>
      <w:r>
        <w:rPr>
          <w:rFonts w:ascii="Arial" w:hAnsi="Arial" w:cs="Arial"/>
          <w:sz w:val="24"/>
          <w:rtl/>
          <w:szCs w:val="24"/>
        </w:rPr>
        <w:t>כשמישהו מתקשה, התורה מבקשת שנחזיק בו ונעזור לו לעמוד שוב. כמו לתת יד לחבר שנפל.</w:t>
      </w:r>
    </w:p>
    <w:p>
      <w:pPr>
        <w:bidi/>
        <w:jc w:val="right"/>
      </w:pPr>
      <w:r>
        <w:rPr>
          <w:rFonts w:ascii="Arial" w:hAnsi="Arial" w:cs="Arial"/>
          <w:sz w:val="24"/>
          <w:rtl/>
          <w:szCs w:val="24"/>
        </w:rPr>
        <w:t>שאלה: איך אפשר לעזור למישהו לפני שהוא "נופל"?</w:t>
      </w:r>
    </w:p>
    <w:p>
      <w:pPr>
        <w:bidi/>
        <w:jc w:val="right"/>
      </w:pPr>
      <w:r>
        <w:rPr>
          <w:rFonts w:ascii="Arial" w:hAnsi="Arial" w:cs="Arial"/>
          <w:b/>
          <w:color w:val="2B8A3E"/>
          <w:sz w:val="26"/>
          <w:rtl/>
          <w:szCs w:val="26"/>
          <w:bCs/>
        </w:rPr>
        <w:t>▌ ✨ מילים מהפרשה לחיים: "כי לי הארץ" (ויקרא כה, כג)</w:t>
      </w:r>
    </w:p>
    <w:p>
      <w:pPr>
        <w:bidi/>
        <w:jc w:val="right"/>
      </w:pPr>
      <w:r>
        <w:rPr>
          <w:rFonts w:ascii="Arial" w:hAnsi="Arial" w:cs="Arial"/>
          <w:sz w:val="24"/>
          <w:rtl/>
          <w:szCs w:val="24"/>
        </w:rPr>
        <w:t>הארץ והעולם אינם רק שלנו, הם פיקדון שקיבלנו לשמור עליו. מי שמאמין רואה בכל עץ, טיפת מים ופינה ירוקה מתנה. השבוע נשמור על הסביבה שלנו, בכיתה, בחצר ובבית, כמו על משהו יקר שהופקד בידינו.</w:t>
      </w:r>
    </w:p>
    <w:p>
      <w:pPr>
        <w:bidi/>
        <w:jc w:val="right"/>
      </w:pPr>
      <w:r>
        <w:rPr>
          <w:rFonts w:ascii="Arial" w:hAnsi="Arial" w:cs="Arial"/>
          <w:sz w:val="24"/>
          <w:rtl/>
          <w:szCs w:val="24"/>
        </w:rPr>
        <w:t>שאלה: איך אפשר לשמור השבוע על המקום שבו אנחנו לומדים?</w:t>
      </w:r>
    </w:p>
    <w:p>
      <w:pPr>
        <w:bidi/>
        <w:jc w:val="right"/>
      </w:pPr>
      <w:r>
        <w:rPr>
          <w:rFonts w:ascii="Arial" w:hAnsi="Arial" w:cs="Arial"/>
          <w:sz w:val="24"/>
          <w:rtl/>
          <w:szCs w:val="24"/>
        </w:rPr>
        <w:t>🧩 חידה: איזו מילה קטנה, בת חמש אותיות, יכולה לסיים ריב גדול?  (תשובה: סליחה)</w:t>
      </w:r>
    </w:p>
    <w:p>
      <w:pPr>
        <w:bidi/>
        <w:jc w:val="right"/>
      </w:pPr>
      <w:r>
        <w:rPr>
          <w:rFonts w:ascii="Arial" w:hAnsi="Arial" w:cs="Arial"/>
          <w:sz w:val="24"/>
          <w:rtl/>
          <w:szCs w:val="24"/>
        </w:rPr>
        <w:t>🎯 מטרות: לפתור ריב במילים ולא בידיים · לעצור ולספור עד חמש כשכועסים · לומר סליחה למי שנפגע</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הצלחתם לפתור מחלוקת בדרך טובה?</w:t>
      </w:r>
    </w:p>
    <w:p>
      <w:pPr>
        <w:bidi/>
        <w:jc w:val="right"/>
      </w:pPr>
      <w:r>
        <w:rPr>
          <w:rFonts w:ascii="Arial" w:hAnsi="Arial" w:cs="Arial"/>
          <w:sz w:val="24"/>
          <w:rtl/>
          <w:szCs w:val="24"/>
        </w:rPr>
        <w:t>• 🙏 למי תרצו להודות על שעזר להשלים או הרגיע ויכוח?</w:t>
      </w:r>
    </w:p>
    <w:p>
      <w:pPr>
        <w:bidi/>
        <w:jc w:val="right"/>
      </w:pPr>
      <w:r>
        <w:rPr>
          <w:rFonts w:ascii="Arial" w:hAnsi="Arial" w:cs="Arial"/>
          <w:sz w:val="24"/>
          <w:rtl/>
          <w:szCs w:val="24"/>
        </w:rPr>
        <w:t>• 💛 מחמאת שלום: "ראיתי איך הקשבת גם כשלא הסכמת..."</w:t>
      </w:r>
    </w:p>
    <w:p>
      <w:pPr>
        <w:bidi/>
        <w:jc w:val="right"/>
      </w:pPr>
      <w:r>
        <w:rPr>
          <w:rFonts w:ascii="Arial" w:hAnsi="Arial" w:cs="Arial"/>
          <w:sz w:val="24"/>
          <w:rtl/>
          <w:szCs w:val="24"/>
        </w:rPr>
        <w:t>• 💡 מה למדתי השבוע על פתרון ויכוחים?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נשאף שלום, ננשוף כעס, ונשאיר בלב רק את מה שטוב</w:t>
      </w:r>
    </w:p>
    <w:p>
      <w:pPr>
        <w:bidi/>
        <w:pStyle w:val="Heading2"/>
        <w:jc w:val="right"/>
      </w:pPr>
      <w:r>
        <w:rPr>
          <w:rFonts w:ascii="Arial" w:hAnsi="Arial" w:cs="Arial"/>
          <w:b/>
          <w:color w:val="2B8A3E"/>
          <w:sz w:val="32"/>
          <w:rtl/>
          <w:szCs w:val="32"/>
          <w:bCs/>
        </w:rPr>
        <w:t>💬 מילים טובות – שבוע 23.5 עד 28.5.2027 · ט״ז אייר תשפ״ז</w:t>
      </w:r>
    </w:p>
    <w:p>
      <w:pPr>
        <w:bidi/>
        <w:jc w:val="right"/>
      </w:pPr>
      <w:r>
        <w:rPr>
          <w:rFonts w:ascii="Arial" w:hAnsi="Arial" w:cs="Arial"/>
          <w:color w:val="555577"/>
          <w:sz w:val="24"/>
          <w:rtl/>
          <w:szCs w:val="24"/>
        </w:rPr>
        <w:t>לבחור במילים שבונות, מעודדות ומחממות את הלב, בדיבור ובכתב · המשפט של השבוע: "למילים יש כוח: הן יכולות לבנות גשר או חומה"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מִלָּה טוֹבָה מְחַמֶּמֶת אֶת הַלֵּב</w:t>
      </w:r>
    </w:p>
    <w:p>
      <w:pPr>
        <w:bidi/>
        <w:jc w:val="right"/>
      </w:pPr>
      <w:r>
        <w:rPr>
          <w:rFonts w:ascii="Arial" w:hAnsi="Arial" w:cs="Arial"/>
          <w:sz w:val="24"/>
          <w:rtl/>
          <w:szCs w:val="24"/>
        </w:rPr>
        <w:t>סיפור (א׳–ד׳): דניאל נפל בריצה וברך שלו נשרטה. אלמז רצה אליו ואמרה: "אתה רץ ממש מהר, בפעם הבאה תנצח". דניאל קם וחייך, והברך כמעט הפסיקה לכאוב.</w:t>
      </w:r>
    </w:p>
    <w:p>
      <w:pPr>
        <w:bidi/>
        <w:jc w:val="right"/>
      </w:pPr>
      <w:r>
        <w:rPr>
          <w:rFonts w:ascii="Arial" w:hAnsi="Arial" w:cs="Arial"/>
          <w:sz w:val="24"/>
          <w:rtl/>
          <w:szCs w:val="24"/>
        </w:rPr>
        <w:t>• איזו מילה טובה שמחתם לשמוע?</w:t>
      </w:r>
    </w:p>
    <w:p>
      <w:pPr>
        <w:bidi/>
        <w:jc w:val="right"/>
      </w:pPr>
      <w:r>
        <w:rPr>
          <w:rFonts w:ascii="Arial" w:hAnsi="Arial" w:cs="Arial"/>
          <w:sz w:val="24"/>
          <w:rtl/>
          <w:szCs w:val="24"/>
        </w:rPr>
        <w:t>• למי תרצו לומר מילה טובה היום?</w:t>
      </w:r>
    </w:p>
    <w:p>
      <w:pPr>
        <w:bidi/>
        <w:jc w:val="right"/>
      </w:pPr>
      <w:r>
        <w:rPr>
          <w:rFonts w:ascii="Arial" w:hAnsi="Arial" w:cs="Arial"/>
          <w:sz w:val="24"/>
          <w:rtl/>
          <w:szCs w:val="24"/>
        </w:rPr>
        <w:t>סיפור (ה׳–ו׳): מאיה ציירה ציור והראתה לחברים. מישהו אמר "זה נראה כמו שרבוט", וכולם צחקו. יוסף שתק רגע, ואז אמר: "אני דווקא אוהב את הצבעים שבחרת". למחרת מאיה הביאה ציור חדש. מה מילה אחת יכולה לשנות?</w:t>
      </w:r>
    </w:p>
    <w:p>
      <w:pPr>
        <w:bidi/>
        <w:jc w:val="right"/>
      </w:pPr>
      <w:r>
        <w:rPr>
          <w:rFonts w:ascii="Arial" w:hAnsi="Arial" w:cs="Arial"/>
          <w:sz w:val="24"/>
          <w:rtl/>
          <w:szCs w:val="24"/>
        </w:rPr>
        <w:t>• מה עושים כששומעים מישהו מעליב חבר?</w:t>
      </w:r>
    </w:p>
    <w:p>
      <w:pPr>
        <w:bidi/>
        <w:jc w:val="right"/>
      </w:pPr>
      <w:r>
        <w:rPr>
          <w:rFonts w:ascii="Arial" w:hAnsi="Arial" w:cs="Arial"/>
          <w:sz w:val="24"/>
          <w:rtl/>
          <w:szCs w:val="24"/>
        </w:rPr>
        <w:t>• איך מרגישים כשמישהו מפרגן לנו?</w:t>
      </w:r>
    </w:p>
    <w:p>
      <w:pPr>
        <w:bidi/>
        <w:jc w:val="right"/>
      </w:pPr>
      <w:r>
        <w:rPr>
          <w:rFonts w:ascii="Arial" w:hAnsi="Arial" w:cs="Arial"/>
          <w:b/>
          <w:color w:val="2B8A3E"/>
          <w:sz w:val="26"/>
          <w:rtl/>
          <w:szCs w:val="26"/>
          <w:bCs/>
        </w:rPr>
        <w:t>▌ 📜 פרשת בחוקותי</w:t>
      </w:r>
    </w:p>
    <w:p>
      <w:pPr>
        <w:bidi/>
        <w:jc w:val="right"/>
      </w:pPr>
      <w:r>
        <w:rPr>
          <w:rFonts w:ascii="Arial" w:hAnsi="Arial" w:cs="Arial"/>
          <w:sz w:val="24"/>
          <w:rtl/>
          <w:szCs w:val="24"/>
        </w:rPr>
        <w:t>"ונתתי שלום בארץ ושכבתם ואין מחריד" (ויקרא כו, ו) – לוודא</w:t>
      </w:r>
    </w:p>
    <w:p>
      <w:pPr>
        <w:bidi/>
        <w:jc w:val="right"/>
      </w:pPr>
      <w:r>
        <w:rPr>
          <w:rFonts w:ascii="Arial" w:hAnsi="Arial" w:cs="Arial"/>
          <w:sz w:val="24"/>
          <w:rtl/>
          <w:szCs w:val="24"/>
        </w:rPr>
        <w:t>בפרשה יש ברכה על שלום, שבו אפשר לשכב לישון בלי לפחד. כולנו מאחלים לעצמנו שקט ושלום.</w:t>
      </w:r>
    </w:p>
    <w:p>
      <w:pPr>
        <w:bidi/>
        <w:jc w:val="right"/>
      </w:pPr>
      <w:r>
        <w:rPr>
          <w:rFonts w:ascii="Arial" w:hAnsi="Arial" w:cs="Arial"/>
          <w:sz w:val="24"/>
          <w:rtl/>
          <w:szCs w:val="24"/>
        </w:rPr>
        <w:t>שאלה: מה עוזר לכם להרגיש בטוחים ורגועים?</w:t>
      </w:r>
    </w:p>
    <w:p>
      <w:pPr>
        <w:bidi/>
        <w:jc w:val="right"/>
      </w:pPr>
      <w:r>
        <w:rPr>
          <w:rFonts w:ascii="Arial" w:hAnsi="Arial" w:cs="Arial"/>
          <w:b/>
          <w:color w:val="2B8A3E"/>
          <w:sz w:val="26"/>
          <w:rtl/>
          <w:szCs w:val="26"/>
          <w:bCs/>
        </w:rPr>
        <w:t>▌ ✨ מילים מהפרשה לחיים: "ונתתי שלום בארץ" (ויקרא כו, ו)</w:t>
      </w:r>
    </w:p>
    <w:p>
      <w:pPr>
        <w:bidi/>
        <w:jc w:val="right"/>
      </w:pPr>
      <w:r>
        <w:rPr>
          <w:rFonts w:ascii="Arial" w:hAnsi="Arial" w:cs="Arial"/>
          <w:sz w:val="24"/>
          <w:rtl/>
          <w:szCs w:val="24"/>
        </w:rPr>
        <w:t>שלום הוא ברכה גדולה שאנחנו מבקשים, אבל גם משהו שאנחנו יכולים לבנות בעצמנו. כל ויתור קטן, כל מילה מרגיעה וכל חיוך מוסיפים עוד אבן לשלום. השבוע נשתדל להביא קצת שלום לכיתה ולבית.</w:t>
      </w:r>
    </w:p>
    <w:p>
      <w:pPr>
        <w:bidi/>
        <w:jc w:val="right"/>
      </w:pPr>
      <w:r>
        <w:rPr>
          <w:rFonts w:ascii="Arial" w:hAnsi="Arial" w:cs="Arial"/>
          <w:sz w:val="24"/>
          <w:rtl/>
          <w:szCs w:val="24"/>
        </w:rPr>
        <w:t>שאלה: מה אתם יכולים לעשות השבוע כדי להוסיף שלום סביבכם?</w:t>
      </w:r>
    </w:p>
    <w:p>
      <w:pPr>
        <w:bidi/>
        <w:jc w:val="right"/>
      </w:pPr>
      <w:r>
        <w:rPr>
          <w:rFonts w:ascii="Arial" w:hAnsi="Arial" w:cs="Arial"/>
          <w:sz w:val="24"/>
          <w:rtl/>
          <w:szCs w:val="24"/>
        </w:rPr>
        <w:t>🧩 חידה: אותי לא רואים ולא נוגעים בי, אבל כשאומרים אותי לחבר, הלב שלו מתחמם. מה אני?  (תשובה: מילה טובה (מחמאה))</w:t>
      </w:r>
    </w:p>
    <w:p>
      <w:pPr>
        <w:bidi/>
        <w:jc w:val="right"/>
      </w:pPr>
      <w:r>
        <w:rPr>
          <w:rFonts w:ascii="Arial" w:hAnsi="Arial" w:cs="Arial"/>
          <w:sz w:val="24"/>
          <w:rtl/>
          <w:szCs w:val="24"/>
        </w:rPr>
        <w:t>🎯 מטרות: לומר מילה טובה לשלושה חברים · לומר תודה למי שעוזר לי · לא להשתמש במילים מעליבות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איזו מילה טובה שמעתם או אמרתם השבוע?</w:t>
      </w:r>
    </w:p>
    <w:p>
      <w:pPr>
        <w:bidi/>
        <w:jc w:val="right"/>
      </w:pPr>
      <w:r>
        <w:rPr>
          <w:rFonts w:ascii="Arial" w:hAnsi="Arial" w:cs="Arial"/>
          <w:sz w:val="24"/>
          <w:rtl/>
          <w:szCs w:val="24"/>
        </w:rPr>
        <w:t>• 🙏 למי תרצו להודות על מילה טובה שאמר לכם?</w:t>
      </w:r>
    </w:p>
    <w:p>
      <w:pPr>
        <w:bidi/>
        <w:jc w:val="right"/>
      </w:pPr>
      <w:r>
        <w:rPr>
          <w:rFonts w:ascii="Arial" w:hAnsi="Arial" w:cs="Arial"/>
          <w:sz w:val="24"/>
          <w:rtl/>
          <w:szCs w:val="24"/>
        </w:rPr>
        <w:t>• 💛 שרשרת מילים טובות: כל אחד מוסר מילה אחת מחממת לבא בתור</w:t>
      </w:r>
    </w:p>
    <w:p>
      <w:pPr>
        <w:bidi/>
        <w:jc w:val="right"/>
      </w:pPr>
      <w:r>
        <w:rPr>
          <w:rFonts w:ascii="Arial" w:hAnsi="Arial" w:cs="Arial"/>
          <w:sz w:val="24"/>
          <w:rtl/>
          <w:szCs w:val="24"/>
        </w:rPr>
        <w:t>• 💡 מה למדתי השבוע על הכוח של המילים?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נלחש לעצמנו מילה טובה אחת, ונשמור אותה בכיס לכל השבוע</w:t>
      </w:r>
    </w:p>
    <w:p>
      <w:pPr>
        <w:bidi/>
        <w:pStyle w:val="Heading2"/>
        <w:jc w:val="right"/>
      </w:pPr>
      <w:r>
        <w:rPr>
          <w:rFonts w:ascii="Arial" w:hAnsi="Arial" w:cs="Arial"/>
          <w:b/>
          <w:color w:val="2B8A3E"/>
          <w:sz w:val="32"/>
          <w:rtl/>
          <w:szCs w:val="32"/>
          <w:bCs/>
        </w:rPr>
        <w:t>🌿 בריאות ואיזון – שבוע 30.5 עד 4.6.2027 · כ״ג אייר תשפ״ז</w:t>
      </w:r>
    </w:p>
    <w:p>
      <w:pPr>
        <w:bidi/>
        <w:jc w:val="right"/>
      </w:pPr>
      <w:r>
        <w:rPr>
          <w:rFonts w:ascii="Arial" w:hAnsi="Arial" w:cs="Arial"/>
          <w:color w:val="555577"/>
          <w:sz w:val="24"/>
          <w:rtl/>
          <w:szCs w:val="24"/>
        </w:rPr>
        <w:t>לדאוג לגוף ולנפש: תנועה, שינה, אוכל טוב, מנוחה וזמן לעצמנו · המשפט של השבוע: "גם הסוללה שלנו צריכה טעינה, לא רק של הטלפון"</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גּוּף בָּרִיא, לֵב שָׂמֵחַ</w:t>
      </w:r>
    </w:p>
    <w:p>
      <w:pPr>
        <w:bidi/>
        <w:jc w:val="right"/>
      </w:pPr>
      <w:r>
        <w:rPr>
          <w:rFonts w:ascii="Arial" w:hAnsi="Arial" w:cs="Arial"/>
          <w:sz w:val="24"/>
          <w:rtl/>
          <w:szCs w:val="24"/>
        </w:rPr>
        <w:t>סיפור (א׳–ד׳): איתי רצה לשחק בכדור כל ההפסקה, ושכח לשתות. בשיעור הבא הראש שלו כאב. מאז הוא שותה כוס מים לפני שהוא רץ לשחק.</w:t>
      </w:r>
    </w:p>
    <w:p>
      <w:pPr>
        <w:bidi/>
        <w:jc w:val="right"/>
      </w:pPr>
      <w:r>
        <w:rPr>
          <w:rFonts w:ascii="Arial" w:hAnsi="Arial" w:cs="Arial"/>
          <w:sz w:val="24"/>
          <w:rtl/>
          <w:szCs w:val="24"/>
        </w:rPr>
        <w:t>• מה אתם אוכלים שנותן לכם כוח?</w:t>
      </w:r>
    </w:p>
    <w:p>
      <w:pPr>
        <w:bidi/>
        <w:jc w:val="right"/>
      </w:pPr>
      <w:r>
        <w:rPr>
          <w:rFonts w:ascii="Arial" w:hAnsi="Arial" w:cs="Arial"/>
          <w:sz w:val="24"/>
          <w:rtl/>
          <w:szCs w:val="24"/>
        </w:rPr>
        <w:t>• איזו תנועה או משחק אתם הכי אוהבים?</w:t>
      </w:r>
    </w:p>
    <w:p>
      <w:pPr>
        <w:bidi/>
        <w:jc w:val="right"/>
      </w:pPr>
      <w:r>
        <w:rPr>
          <w:rFonts w:ascii="Arial" w:hAnsi="Arial" w:cs="Arial"/>
          <w:sz w:val="24"/>
          <w:rtl/>
          <w:szCs w:val="24"/>
        </w:rPr>
        <w:t>סיפור (ה׳–ו׳): נועה נשארה ערה עד מאוחר כדי לסיים פרק בסדרה. בבוקר היא הייתה עייפה, התעצבנה על אחיה הקטן ולא הצליחה להתרכז במבחן. בערב היא החליטה לנסות ללכת לישון מוקדם יותר. מה עוזר לכם לשמור על איזון בין כיף לבין מנוחה?</w:t>
      </w:r>
    </w:p>
    <w:p>
      <w:pPr>
        <w:bidi/>
        <w:jc w:val="right"/>
      </w:pPr>
      <w:r>
        <w:rPr>
          <w:rFonts w:ascii="Arial" w:hAnsi="Arial" w:cs="Arial"/>
          <w:sz w:val="24"/>
          <w:rtl/>
          <w:szCs w:val="24"/>
        </w:rPr>
        <w:t>• מה עוזר לכם להירדם בערב?</w:t>
      </w:r>
    </w:p>
    <w:p>
      <w:pPr>
        <w:bidi/>
        <w:jc w:val="right"/>
      </w:pPr>
      <w:r>
        <w:rPr>
          <w:rFonts w:ascii="Arial" w:hAnsi="Arial" w:cs="Arial"/>
          <w:sz w:val="24"/>
          <w:rtl/>
          <w:szCs w:val="24"/>
        </w:rPr>
        <w:t>• איך אפשר לאזן בין מסכים לבין משחק בחוץ?</w:t>
      </w:r>
    </w:p>
    <w:p>
      <w:pPr>
        <w:bidi/>
        <w:jc w:val="right"/>
      </w:pPr>
      <w:r>
        <w:rPr>
          <w:rFonts w:ascii="Arial" w:hAnsi="Arial" w:cs="Arial"/>
          <w:b/>
          <w:color w:val="2B8A3E"/>
          <w:sz w:val="26"/>
          <w:rtl/>
          <w:szCs w:val="26"/>
          <w:bCs/>
        </w:rPr>
        <w:t>▌ 📜 פרשת במדבר</w:t>
      </w:r>
    </w:p>
    <w:p>
      <w:pPr>
        <w:bidi/>
        <w:jc w:val="right"/>
      </w:pPr>
      <w:r>
        <w:rPr>
          <w:rFonts w:ascii="Arial" w:hAnsi="Arial" w:cs="Arial"/>
          <w:sz w:val="24"/>
          <w:rtl/>
          <w:szCs w:val="24"/>
        </w:rPr>
        <w:t>"שאו את ראש כל עדת בני ישראל" (במדבר א, ב) – לוודא</w:t>
      </w:r>
    </w:p>
    <w:p>
      <w:pPr>
        <w:bidi/>
        <w:jc w:val="right"/>
      </w:pPr>
      <w:r>
        <w:rPr>
          <w:rFonts w:ascii="Arial" w:hAnsi="Arial" w:cs="Arial"/>
          <w:sz w:val="24"/>
          <w:rtl/>
          <w:szCs w:val="24"/>
        </w:rPr>
        <w:t>בפרשה סופרים את כל העם, כל אחד ואחת. כל אחד נחשב וחשוב.</w:t>
      </w:r>
    </w:p>
    <w:p>
      <w:pPr>
        <w:bidi/>
        <w:jc w:val="right"/>
      </w:pPr>
      <w:r>
        <w:rPr>
          <w:rFonts w:ascii="Arial" w:hAnsi="Arial" w:cs="Arial"/>
          <w:sz w:val="24"/>
          <w:rtl/>
          <w:szCs w:val="24"/>
        </w:rPr>
        <w:t>שאלה: מתי הרגשתם ש"סופרים" אתכם, שאתם חשובים?</w:t>
      </w:r>
    </w:p>
    <w:p>
      <w:pPr>
        <w:bidi/>
        <w:jc w:val="right"/>
      </w:pPr>
      <w:r>
        <w:rPr>
          <w:rFonts w:ascii="Arial" w:hAnsi="Arial" w:cs="Arial"/>
          <w:b/>
          <w:color w:val="2B8A3E"/>
          <w:sz w:val="26"/>
          <w:rtl/>
          <w:szCs w:val="26"/>
          <w:bCs/>
        </w:rPr>
        <w:t>▌ ✨ מילים מהפרשה לחיים: "שאו את ראש" (במדבר א, ב)</w:t>
      </w:r>
    </w:p>
    <w:p>
      <w:pPr>
        <w:bidi/>
        <w:jc w:val="right"/>
      </w:pPr>
      <w:r>
        <w:rPr>
          <w:rFonts w:ascii="Arial" w:hAnsi="Arial" w:cs="Arial"/>
          <w:sz w:val="24"/>
          <w:rtl/>
          <w:szCs w:val="24"/>
        </w:rPr>
        <w:t>במניין העם נספר כל אחד ואחת בנפרד, ואף אחד לא נעלם בתוך ההמון. אנחנו מאמינים שכל אדם חשוב ונראה, גם כשהוא מרגיש קטן. השבוע נרים את הראש בגאווה ונזכור שלכל אחד מאיתנו יש מקום.</w:t>
      </w:r>
    </w:p>
    <w:p>
      <w:pPr>
        <w:bidi/>
        <w:jc w:val="right"/>
      </w:pPr>
      <w:r>
        <w:rPr>
          <w:rFonts w:ascii="Arial" w:hAnsi="Arial" w:cs="Arial"/>
          <w:sz w:val="24"/>
          <w:rtl/>
          <w:szCs w:val="24"/>
        </w:rPr>
        <w:t>שאלה: מתי הרגשתם שרואים אתכם באמת, ומה זה עשה לכם?</w:t>
      </w:r>
    </w:p>
    <w:p>
      <w:pPr>
        <w:bidi/>
        <w:jc w:val="right"/>
      </w:pPr>
      <w:r>
        <w:rPr>
          <w:rFonts w:ascii="Arial" w:hAnsi="Arial" w:cs="Arial"/>
          <w:sz w:val="24"/>
          <w:rtl/>
          <w:szCs w:val="24"/>
        </w:rPr>
        <w:t>🧩 חידה: אני פרי עגול, יכול להיות אדום, ירוק או צהוב, יש לי חרצנים בפנים, והשם שלי מתחיל באות ת. מה אני?  (תשובה: תפוח)</w:t>
      </w:r>
    </w:p>
    <w:p>
      <w:pPr>
        <w:bidi/>
        <w:jc w:val="right"/>
      </w:pPr>
      <w:r>
        <w:rPr>
          <w:rFonts w:ascii="Arial" w:hAnsi="Arial" w:cs="Arial"/>
          <w:sz w:val="24"/>
          <w:rtl/>
          <w:szCs w:val="24"/>
        </w:rPr>
        <w:t>🎯 מטרות: לשתות מים בכל הפסקה · לשחק בחוץ לפחות פעם ביום · ללכת לישון בזמן</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עשיתם השבוע כדי לשמור על הגוף ועל הנפש?</w:t>
      </w:r>
    </w:p>
    <w:p>
      <w:pPr>
        <w:bidi/>
        <w:jc w:val="right"/>
      </w:pPr>
      <w:r>
        <w:rPr>
          <w:rFonts w:ascii="Arial" w:hAnsi="Arial" w:cs="Arial"/>
          <w:sz w:val="24"/>
          <w:rtl/>
          <w:szCs w:val="24"/>
        </w:rPr>
        <w:t>• 🙏 למי תרצו להודות על שדאג לכם לאוכל, לשינה או למנוחה?</w:t>
      </w:r>
    </w:p>
    <w:p>
      <w:pPr>
        <w:bidi/>
        <w:jc w:val="right"/>
      </w:pPr>
      <w:r>
        <w:rPr>
          <w:rFonts w:ascii="Arial" w:hAnsi="Arial" w:cs="Arial"/>
          <w:sz w:val="24"/>
          <w:rtl/>
          <w:szCs w:val="24"/>
        </w:rPr>
        <w:t>• 💛 מחמאה של איזון: "ראיתי שידעת לעצור ולנוח כש..."</w:t>
      </w:r>
    </w:p>
    <w:p>
      <w:pPr>
        <w:bidi/>
        <w:jc w:val="right"/>
      </w:pPr>
      <w:r>
        <w:rPr>
          <w:rFonts w:ascii="Arial" w:hAnsi="Arial" w:cs="Arial"/>
          <w:sz w:val="24"/>
          <w:rtl/>
          <w:szCs w:val="24"/>
        </w:rPr>
        <w:t>• 💡 מה למדתי השבוע על מה שמטעין אותי?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נשאף לאט דרך האף, ננשוף לאט דרך הפה, ונרגיש את הגוף נרגע</w:t>
      </w:r>
    </w:p>
    <w:p>
      <w:pPr>
        <w:bidi/>
        <w:pStyle w:val="Heading2"/>
        <w:jc w:val="right"/>
      </w:pPr>
      <w:r>
        <w:rPr>
          <w:rFonts w:ascii="Arial" w:hAnsi="Arial" w:cs="Arial"/>
          <w:b/>
          <w:color w:val="2B8A3E"/>
          <w:sz w:val="32"/>
          <w:rtl/>
          <w:szCs w:val="32"/>
          <w:bCs/>
        </w:rPr>
        <w:t>🎯 הצבת מטרות – שבוע 6.6 עד 11.6.2027 · א׳ סיון תשפ״ז</w:t>
      </w:r>
    </w:p>
    <w:p>
      <w:pPr>
        <w:bidi/>
        <w:jc w:val="right"/>
      </w:pPr>
      <w:r>
        <w:rPr>
          <w:rFonts w:ascii="Arial" w:hAnsi="Arial" w:cs="Arial"/>
          <w:color w:val="555577"/>
          <w:sz w:val="24"/>
          <w:rtl/>
          <w:szCs w:val="24"/>
        </w:rPr>
        <w:t>לבחור לאן רוצים להגיע, ולתכנן צעדים קטנים וברורים בדרך · המשפט של השבוע: "חלום עם תוכנית הופך למטרה, ומטרה עם צעדים הופכת להצלחה"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צַעַד קָטָן וְעוֹד צַעַד</w:t>
      </w:r>
    </w:p>
    <w:p>
      <w:pPr>
        <w:bidi/>
        <w:jc w:val="right"/>
      </w:pPr>
      <w:r>
        <w:rPr>
          <w:rFonts w:ascii="Arial" w:hAnsi="Arial" w:cs="Arial"/>
          <w:sz w:val="24"/>
          <w:rtl/>
          <w:szCs w:val="24"/>
        </w:rPr>
        <w:t>סיפור (א׳–ד׳): ליה רצתה לדעת לקשור שרוכים לבד. כל ערב היא התאמנה קצת עם אמא שלה. ביום חמישי היא קשרה את השרוכים לבד, והכריזה בכיתה: "הצלחתי!".</w:t>
      </w:r>
    </w:p>
    <w:p>
      <w:pPr>
        <w:bidi/>
        <w:jc w:val="right"/>
      </w:pPr>
      <w:r>
        <w:rPr>
          <w:rFonts w:ascii="Arial" w:hAnsi="Arial" w:cs="Arial"/>
          <w:sz w:val="24"/>
          <w:rtl/>
          <w:szCs w:val="24"/>
        </w:rPr>
        <w:t>• מה הייתם רוצים ללמוד לעשות לבד?</w:t>
      </w:r>
    </w:p>
    <w:p>
      <w:pPr>
        <w:bidi/>
        <w:jc w:val="right"/>
      </w:pPr>
      <w:r>
        <w:rPr>
          <w:rFonts w:ascii="Arial" w:hAnsi="Arial" w:cs="Arial"/>
          <w:sz w:val="24"/>
          <w:rtl/>
          <w:szCs w:val="24"/>
        </w:rPr>
        <w:t>• מי יכול לעזור לכם להגיע למטרה?</w:t>
      </w:r>
    </w:p>
    <w:p>
      <w:pPr>
        <w:bidi/>
        <w:jc w:val="right"/>
      </w:pPr>
      <w:r>
        <w:rPr>
          <w:rFonts w:ascii="Arial" w:hAnsi="Arial" w:cs="Arial"/>
          <w:sz w:val="24"/>
          <w:rtl/>
          <w:szCs w:val="24"/>
        </w:rPr>
        <w:t>סיפור (ה׳–ו׳): יוסף החליט שהוא רוצה לקרוא ספר שלם עד סוף החודש. הספר נראה עבה ומפחיד. הוא חילק את מספר העמודים במספר הימים, וגילה שזה רק עשרה עמודים ביום. איך מטרה גדולה נהיית קלה יותר כשמחלקים אותה?</w:t>
      </w:r>
    </w:p>
    <w:p>
      <w:pPr>
        <w:bidi/>
        <w:jc w:val="right"/>
      </w:pPr>
      <w:r>
        <w:rPr>
          <w:rFonts w:ascii="Arial" w:hAnsi="Arial" w:cs="Arial"/>
          <w:sz w:val="24"/>
          <w:rtl/>
          <w:szCs w:val="24"/>
        </w:rPr>
        <w:t>• איך מחלקים מטרה גדולה לצעדים קטנים?</w:t>
      </w:r>
    </w:p>
    <w:p>
      <w:pPr>
        <w:bidi/>
        <w:jc w:val="right"/>
      </w:pPr>
      <w:r>
        <w:rPr>
          <w:rFonts w:ascii="Arial" w:hAnsi="Arial" w:cs="Arial"/>
          <w:sz w:val="24"/>
          <w:rtl/>
          <w:szCs w:val="24"/>
        </w:rPr>
        <w:t>• מה עושים כשלא מצליחים בפעם הראשונה?</w:t>
      </w:r>
    </w:p>
    <w:p>
      <w:pPr>
        <w:bidi/>
        <w:jc w:val="right"/>
      </w:pPr>
      <w:r>
        <w:rPr>
          <w:rFonts w:ascii="Arial" w:hAnsi="Arial" w:cs="Arial"/>
          <w:b/>
          <w:color w:val="2B8A3E"/>
          <w:sz w:val="26"/>
          <w:rtl/>
          <w:szCs w:val="26"/>
          <w:bCs/>
        </w:rPr>
        <w:t>▌ 📜 פרשת נשא</w:t>
      </w:r>
    </w:p>
    <w:p>
      <w:pPr>
        <w:bidi/>
        <w:jc w:val="right"/>
      </w:pPr>
      <w:r>
        <w:rPr>
          <w:rFonts w:ascii="Arial" w:hAnsi="Arial" w:cs="Arial"/>
          <w:sz w:val="24"/>
          <w:rtl/>
          <w:szCs w:val="24"/>
        </w:rPr>
        <w:t>"יברכך ה' וישמרך" (במדבר ו, כד) – לוודא</w:t>
      </w:r>
    </w:p>
    <w:p>
      <w:pPr>
        <w:bidi/>
        <w:jc w:val="right"/>
      </w:pPr>
      <w:r>
        <w:rPr>
          <w:rFonts w:ascii="Arial" w:hAnsi="Arial" w:cs="Arial"/>
          <w:sz w:val="24"/>
          <w:rtl/>
          <w:szCs w:val="24"/>
        </w:rPr>
        <w:t>בפרשה מופיעה ברכה קצרה ויפה שהכהנים מברכים בה את העם. גם אנחנו יכולים לברך זה את זה במילים טובות.</w:t>
      </w:r>
    </w:p>
    <w:p>
      <w:pPr>
        <w:bidi/>
        <w:jc w:val="right"/>
      </w:pPr>
      <w:r>
        <w:rPr>
          <w:rFonts w:ascii="Arial" w:hAnsi="Arial" w:cs="Arial"/>
          <w:sz w:val="24"/>
          <w:rtl/>
          <w:szCs w:val="24"/>
        </w:rPr>
        <w:t>שאלה: איזו ברכה הייתם רוצים לתת לחבר או לחברה השבוע?</w:t>
      </w:r>
    </w:p>
    <w:p>
      <w:pPr>
        <w:bidi/>
        <w:jc w:val="right"/>
      </w:pPr>
      <w:r>
        <w:rPr>
          <w:rFonts w:ascii="Arial" w:hAnsi="Arial" w:cs="Arial"/>
          <w:b/>
          <w:color w:val="2B8A3E"/>
          <w:sz w:val="26"/>
          <w:rtl/>
          <w:szCs w:val="26"/>
          <w:bCs/>
        </w:rPr>
        <w:t>▌ ✨ מילים מהפרשה לחיים: "יברכך ה' וישמרך" (במדבר ו, כד)</w:t>
      </w:r>
    </w:p>
    <w:p>
      <w:pPr>
        <w:bidi/>
        <w:jc w:val="right"/>
      </w:pPr>
      <w:r>
        <w:rPr>
          <w:rFonts w:ascii="Arial" w:hAnsi="Arial" w:cs="Arial"/>
          <w:sz w:val="24"/>
          <w:rtl/>
          <w:szCs w:val="24"/>
        </w:rPr>
        <w:t>ברכה היא מתנה שלא עולה כסף ויכולה לשנות יום שלם. אפשר לברך את עצמנו, את החברים ואת המשפחה, ולבקש שנהיה שמורים ומוגנים. השבוע נתרגל לתת ברכה קטנה ואמיתית למישהו אחר.</w:t>
      </w:r>
    </w:p>
    <w:p>
      <w:pPr>
        <w:bidi/>
        <w:jc w:val="right"/>
      </w:pPr>
      <w:r>
        <w:rPr>
          <w:rFonts w:ascii="Arial" w:hAnsi="Arial" w:cs="Arial"/>
          <w:sz w:val="24"/>
          <w:rtl/>
          <w:szCs w:val="24"/>
        </w:rPr>
        <w:t>שאלה: איזו ברכה הייתם רוצים לתת לכיתה לשבוע הזה?</w:t>
      </w:r>
    </w:p>
    <w:p>
      <w:pPr>
        <w:bidi/>
        <w:jc w:val="right"/>
      </w:pPr>
      <w:r>
        <w:rPr>
          <w:rFonts w:ascii="Arial" w:hAnsi="Arial" w:cs="Arial"/>
          <w:sz w:val="24"/>
          <w:rtl/>
          <w:szCs w:val="24"/>
        </w:rPr>
        <w:t>🧩 חידה: שבלול רוצה לטפס על קיר בגובה 3 מטרים. בכל יום הוא עולה מטר אחד ולא מחליק למטה. אחרי כמה ימים יגיע למעלה?  (תשובה: אחרי 3 ימים)</w:t>
      </w:r>
    </w:p>
    <w:p>
      <w:pPr>
        <w:bidi/>
        <w:jc w:val="right"/>
      </w:pPr>
      <w:r>
        <w:rPr>
          <w:rFonts w:ascii="Arial" w:hAnsi="Arial" w:cs="Arial"/>
          <w:sz w:val="24"/>
          <w:rtl/>
          <w:szCs w:val="24"/>
        </w:rPr>
        <w:t>🎯 מטרות: לבחור דבר אחד חדש ללמוד · להתאמן עליו קצת כל יום · לספר בסוף השבוע מה הצלחתי</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איזה צעד קטן לקראת מטרה עשיתם השבוע?</w:t>
      </w:r>
    </w:p>
    <w:p>
      <w:pPr>
        <w:bidi/>
        <w:jc w:val="right"/>
      </w:pPr>
      <w:r>
        <w:rPr>
          <w:rFonts w:ascii="Arial" w:hAnsi="Arial" w:cs="Arial"/>
          <w:sz w:val="24"/>
          <w:rtl/>
          <w:szCs w:val="24"/>
        </w:rPr>
        <w:t>• 🙏 למי תרצו להודות על שעזר לכם להתקדם?</w:t>
      </w:r>
    </w:p>
    <w:p>
      <w:pPr>
        <w:bidi/>
        <w:jc w:val="right"/>
      </w:pPr>
      <w:r>
        <w:rPr>
          <w:rFonts w:ascii="Arial" w:hAnsi="Arial" w:cs="Arial"/>
          <w:sz w:val="24"/>
          <w:rtl/>
          <w:szCs w:val="24"/>
        </w:rPr>
        <w:t>• 💛 מחמאת התקדמות: "ראיתי איך התאמנת והתקדמת ב..."</w:t>
      </w:r>
    </w:p>
    <w:p>
      <w:pPr>
        <w:bidi/>
        <w:jc w:val="right"/>
      </w:pPr>
      <w:r>
        <w:rPr>
          <w:rFonts w:ascii="Arial" w:hAnsi="Arial" w:cs="Arial"/>
          <w:sz w:val="24"/>
          <w:rtl/>
          <w:szCs w:val="24"/>
        </w:rPr>
        <w:t>• 💡 מה למדתי השבוע על הדרך להגיע למטרה?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נדמיין את המטרה שלנו, ננשום עמוק, ונדע שכל צעד קטן נחשב</w:t>
      </w:r>
    </w:p>
    <w:p>
      <w:pPr>
        <w:bidi/>
        <w:pStyle w:val="Heading2"/>
        <w:jc w:val="right"/>
      </w:pPr>
      <w:r>
        <w:rPr>
          <w:rFonts w:ascii="Arial" w:hAnsi="Arial" w:cs="Arial"/>
          <w:b/>
          <w:color w:val="2B8A3E"/>
          <w:sz w:val="32"/>
          <w:rtl/>
          <w:szCs w:val="32"/>
          <w:bCs/>
        </w:rPr>
        <w:t>🌱 טעויות כהזדמנות – שבוע 13.6 עד 18.6.2027 · ח׳ סיון תשפ״ז</w:t>
      </w:r>
    </w:p>
    <w:p>
      <w:pPr>
        <w:bidi/>
        <w:jc w:val="right"/>
      </w:pPr>
      <w:r>
        <w:rPr>
          <w:rFonts w:ascii="Arial" w:hAnsi="Arial" w:cs="Arial"/>
          <w:color w:val="555577"/>
          <w:sz w:val="24"/>
          <w:rtl/>
          <w:szCs w:val="24"/>
        </w:rPr>
        <w:t>לראות בטעות שיעור ולא כישלון, ולנסות שוב בדרך חדשה · המשפט של השבוע: "מי שלא טועה, כנראה לא ניסה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טָעִיתִי? לוֹמְדִים וּמְנַסִּים שׁוּב</w:t>
      </w:r>
    </w:p>
    <w:p>
      <w:pPr>
        <w:bidi/>
        <w:jc w:val="right"/>
      </w:pPr>
      <w:r>
        <w:rPr>
          <w:rFonts w:ascii="Arial" w:hAnsi="Arial" w:cs="Arial"/>
          <w:sz w:val="24"/>
          <w:rtl/>
          <w:szCs w:val="24"/>
        </w:rPr>
        <w:t>סיפור (א׳–ד׳): דניאל בנה מגדל מקוביות, והוא נפל. בפעם השנייה הוא שם את הקוביות הגדולות למטה. המגדל עמד, ודניאל אמר: "הנפילה לימדה אותי".</w:t>
      </w:r>
    </w:p>
    <w:p>
      <w:pPr>
        <w:bidi/>
        <w:jc w:val="right"/>
      </w:pPr>
      <w:r>
        <w:rPr>
          <w:rFonts w:ascii="Arial" w:hAnsi="Arial" w:cs="Arial"/>
          <w:sz w:val="24"/>
          <w:rtl/>
          <w:szCs w:val="24"/>
        </w:rPr>
        <w:t>• מה עשיתם פעם כשמשהו לא הצליח?</w:t>
      </w:r>
    </w:p>
    <w:p>
      <w:pPr>
        <w:bidi/>
        <w:jc w:val="right"/>
      </w:pPr>
      <w:r>
        <w:rPr>
          <w:rFonts w:ascii="Arial" w:hAnsi="Arial" w:cs="Arial"/>
          <w:sz w:val="24"/>
          <w:rtl/>
          <w:szCs w:val="24"/>
        </w:rPr>
        <w:t>• מה אומרים לחבר שטעה?</w:t>
      </w:r>
    </w:p>
    <w:p>
      <w:pPr>
        <w:bidi/>
        <w:jc w:val="right"/>
      </w:pPr>
      <w:r>
        <w:rPr>
          <w:rFonts w:ascii="Arial" w:hAnsi="Arial" w:cs="Arial"/>
          <w:sz w:val="24"/>
          <w:rtl/>
          <w:szCs w:val="24"/>
        </w:rPr>
        <w:t>סיפור (ה׳–ו׳): במבחן בחשבון מאיה התבלבלה בין כפל לחיבור בשאלה אחת. בהתחלה רצתה לקמט את הדף. אחר כך ישבה עם המורה, הבינה איפה התבלבלה, ובמבחן הבא זה כבר לא קרה. מה אפשר ללמוד מטעות במבחן?</w:t>
      </w:r>
    </w:p>
    <w:p>
      <w:pPr>
        <w:bidi/>
        <w:jc w:val="right"/>
      </w:pPr>
      <w:r>
        <w:rPr>
          <w:rFonts w:ascii="Arial" w:hAnsi="Arial" w:cs="Arial"/>
          <w:sz w:val="24"/>
          <w:rtl/>
          <w:szCs w:val="24"/>
        </w:rPr>
        <w:t>• מה למדתם מטעות שעשיתם?</w:t>
      </w:r>
    </w:p>
    <w:p>
      <w:pPr>
        <w:bidi/>
        <w:jc w:val="right"/>
      </w:pPr>
      <w:r>
        <w:rPr>
          <w:rFonts w:ascii="Arial" w:hAnsi="Arial" w:cs="Arial"/>
          <w:sz w:val="24"/>
          <w:rtl/>
          <w:szCs w:val="24"/>
        </w:rPr>
        <w:t>• איך מרגישים כשמישהו צוחק על טעות, ואיך אפשר לעזור?</w:t>
      </w:r>
    </w:p>
    <w:p>
      <w:pPr>
        <w:bidi/>
        <w:jc w:val="right"/>
      </w:pPr>
      <w:r>
        <w:rPr>
          <w:rFonts w:ascii="Arial" w:hAnsi="Arial" w:cs="Arial"/>
          <w:b/>
          <w:color w:val="2B8A3E"/>
          <w:sz w:val="26"/>
          <w:rtl/>
          <w:szCs w:val="26"/>
          <w:bCs/>
        </w:rPr>
        <w:t>▌ 📜 פרשת בהעלותך</w:t>
      </w:r>
    </w:p>
    <w:p>
      <w:pPr>
        <w:bidi/>
        <w:jc w:val="right"/>
      </w:pPr>
      <w:r>
        <w:rPr>
          <w:rFonts w:ascii="Arial" w:hAnsi="Arial" w:cs="Arial"/>
          <w:sz w:val="24"/>
          <w:rtl/>
          <w:szCs w:val="24"/>
        </w:rPr>
        <w:t>"בהעלתך את הנרת אל מול פני המנורה יאירו שבעת הנרות" (במדבר ח, ב) – לוודא</w:t>
      </w:r>
    </w:p>
    <w:p>
      <w:pPr>
        <w:bidi/>
        <w:jc w:val="right"/>
      </w:pPr>
      <w:r>
        <w:rPr>
          <w:rFonts w:ascii="Arial" w:hAnsi="Arial" w:cs="Arial"/>
          <w:sz w:val="24"/>
          <w:rtl/>
          <w:szCs w:val="24"/>
        </w:rPr>
        <w:t>אהרן מדליק את נרות המנורה, וכולם מאירים יחד. כשכל אחד מאיר, נהיה הרבה אור.</w:t>
      </w:r>
    </w:p>
    <w:p>
      <w:pPr>
        <w:bidi/>
        <w:jc w:val="right"/>
      </w:pPr>
      <w:r>
        <w:rPr>
          <w:rFonts w:ascii="Arial" w:hAnsi="Arial" w:cs="Arial"/>
          <w:sz w:val="24"/>
          <w:rtl/>
          <w:szCs w:val="24"/>
        </w:rPr>
        <w:t>שאלה: איך האור המיוחד שלכם יכול להוסיף לכיתה?</w:t>
      </w:r>
    </w:p>
    <w:p>
      <w:pPr>
        <w:bidi/>
        <w:jc w:val="right"/>
      </w:pPr>
      <w:r>
        <w:rPr>
          <w:rFonts w:ascii="Arial" w:hAnsi="Arial" w:cs="Arial"/>
          <w:b/>
          <w:color w:val="2B8A3E"/>
          <w:sz w:val="26"/>
          <w:rtl/>
          <w:szCs w:val="26"/>
          <w:bCs/>
        </w:rPr>
        <w:t>▌ ✨ מילים מהפרשה לחיים: "על פי ה' יחנו" (במדבר ט, יח)</w:t>
      </w:r>
    </w:p>
    <w:p>
      <w:pPr>
        <w:bidi/>
        <w:jc w:val="right"/>
      </w:pPr>
      <w:r>
        <w:rPr>
          <w:rFonts w:ascii="Arial" w:hAnsi="Arial" w:cs="Arial"/>
          <w:sz w:val="24"/>
          <w:rtl/>
          <w:szCs w:val="24"/>
        </w:rPr>
        <w:t>במדבר לא תמיד ידעו מתי ימשיכו ומתי יעצרו, וסמכו על ההשגחה. גם אצלנו יש שבועות של שינויים ותוכניות שמתחלפות. אמונה יכולה לתת לנו כוח לזרום, להירגע ולסמוך שנמצא את הדרך גם כשהיא לא ברורה.</w:t>
      </w:r>
    </w:p>
    <w:p>
      <w:pPr>
        <w:bidi/>
        <w:jc w:val="right"/>
      </w:pPr>
      <w:r>
        <w:rPr>
          <w:rFonts w:ascii="Arial" w:hAnsi="Arial" w:cs="Arial"/>
          <w:sz w:val="24"/>
          <w:rtl/>
          <w:szCs w:val="24"/>
        </w:rPr>
        <w:t>שאלה: מה עוזר לכם להתמודד כשתוכנית משתנה פתאום?</w:t>
      </w:r>
    </w:p>
    <w:p>
      <w:pPr>
        <w:bidi/>
        <w:jc w:val="right"/>
      </w:pPr>
      <w:r>
        <w:rPr>
          <w:rFonts w:ascii="Arial" w:hAnsi="Arial" w:cs="Arial"/>
          <w:sz w:val="24"/>
          <w:rtl/>
          <w:szCs w:val="24"/>
        </w:rPr>
        <w:t>🧩 חידה: אני גורם לטעויות להיעלם מהדף, ואני נעשה קטן יותר כל פעם שעובדים איתי. מה אני?  (תשובה: מחק)</w:t>
      </w:r>
    </w:p>
    <w:p>
      <w:pPr>
        <w:bidi/>
        <w:jc w:val="right"/>
      </w:pPr>
      <w:r>
        <w:rPr>
          <w:rFonts w:ascii="Arial" w:hAnsi="Arial" w:cs="Arial"/>
          <w:sz w:val="24"/>
          <w:rtl/>
          <w:szCs w:val="24"/>
        </w:rPr>
        <w:t>🎯 מטרות: לנסות שוב משהו שלא הצליח · לומר לחבר שטעה: "זה בסדר" · לשאול כשאני לא מבין/ה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איזו טעות לימדה אתכם משהו השבוע?</w:t>
      </w:r>
    </w:p>
    <w:p>
      <w:pPr>
        <w:bidi/>
        <w:jc w:val="right"/>
      </w:pPr>
      <w:r>
        <w:rPr>
          <w:rFonts w:ascii="Arial" w:hAnsi="Arial" w:cs="Arial"/>
          <w:sz w:val="24"/>
          <w:rtl/>
          <w:szCs w:val="24"/>
        </w:rPr>
        <w:t>• 🙏 למי תרצו להודות על שעזר לכם לתקן טעות?</w:t>
      </w:r>
    </w:p>
    <w:p>
      <w:pPr>
        <w:bidi/>
        <w:jc w:val="right"/>
      </w:pPr>
      <w:r>
        <w:rPr>
          <w:rFonts w:ascii="Arial" w:hAnsi="Arial" w:cs="Arial"/>
          <w:sz w:val="24"/>
          <w:rtl/>
          <w:szCs w:val="24"/>
        </w:rPr>
        <w:t>• 💛 מחמאת אומץ: "ראיתי שלא ויתרת אחרי ש..."</w:t>
      </w:r>
    </w:p>
    <w:p>
      <w:pPr>
        <w:bidi/>
        <w:jc w:val="right"/>
      </w:pPr>
      <w:r>
        <w:rPr>
          <w:rFonts w:ascii="Arial" w:hAnsi="Arial" w:cs="Arial"/>
          <w:sz w:val="24"/>
          <w:rtl/>
          <w:szCs w:val="24"/>
        </w:rPr>
        <w:t>• 💡 מה למדתי השבוע מטעות של עצמי או של אחרים?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נגיד לעצמנו בשקט: מותר לטעות, ואני ממשיך/ה ללמוד</w:t>
      </w:r>
    </w:p>
    <w:p>
      <w:pPr>
        <w:bidi/>
        <w:pStyle w:val="Heading2"/>
        <w:jc w:val="right"/>
      </w:pPr>
      <w:r>
        <w:rPr>
          <w:rFonts w:ascii="Arial" w:hAnsi="Arial" w:cs="Arial"/>
          <w:b/>
          <w:color w:val="2B8A3E"/>
          <w:sz w:val="32"/>
          <w:rtl/>
          <w:szCs w:val="32"/>
          <w:bCs/>
        </w:rPr>
        <w:t>🫶 רגישות לזולת – שבוע 20.6 עד 25.6.2027 · ט״ו סיון תשפ״ז</w:t>
      </w:r>
    </w:p>
    <w:p>
      <w:pPr>
        <w:bidi/>
        <w:jc w:val="right"/>
      </w:pPr>
      <w:r>
        <w:rPr>
          <w:rFonts w:ascii="Arial" w:hAnsi="Arial" w:cs="Arial"/>
          <w:color w:val="555577"/>
          <w:sz w:val="24"/>
          <w:rtl/>
          <w:szCs w:val="24"/>
        </w:rPr>
        <w:t>לשים לב לרגשות ולצרכים של אחרים, ולהגיב בעדינות ובאכפתיות · המשפט של השבוע: "עיניים פקוחות ולב פתוח רואים יותר"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שָׂמִים לֵב לְמִי שֶׁלְּיָדֵנוּ</w:t>
      </w:r>
    </w:p>
    <w:p>
      <w:pPr>
        <w:bidi/>
        <w:jc w:val="right"/>
      </w:pPr>
      <w:r>
        <w:rPr>
          <w:rFonts w:ascii="Arial" w:hAnsi="Arial" w:cs="Arial"/>
          <w:sz w:val="24"/>
          <w:rtl/>
          <w:szCs w:val="24"/>
        </w:rPr>
        <w:t>סיפור (א׳–ד׳): בהפסקה ראתה נועה שאלמז יושבת לבד על הספסל. היא לא ידעה מה להגיד, אז פשוט התיישבה לידה והציעה חצי מהתפוח שלה. אחרי רגע שתיהן צחקו.</w:t>
      </w:r>
    </w:p>
    <w:p>
      <w:pPr>
        <w:bidi/>
        <w:jc w:val="right"/>
      </w:pPr>
      <w:r>
        <w:rPr>
          <w:rFonts w:ascii="Arial" w:hAnsi="Arial" w:cs="Arial"/>
          <w:sz w:val="24"/>
          <w:rtl/>
          <w:szCs w:val="24"/>
        </w:rPr>
        <w:t>• איך יודעים שחבר או חברה עצובים?</w:t>
      </w:r>
    </w:p>
    <w:p>
      <w:pPr>
        <w:bidi/>
        <w:jc w:val="right"/>
      </w:pPr>
      <w:r>
        <w:rPr>
          <w:rFonts w:ascii="Arial" w:hAnsi="Arial" w:cs="Arial"/>
          <w:sz w:val="24"/>
          <w:rtl/>
          <w:szCs w:val="24"/>
        </w:rPr>
        <w:t>• מה אפשר לעשות כשמישהו לבד?</w:t>
      </w:r>
    </w:p>
    <w:p>
      <w:pPr>
        <w:bidi/>
        <w:jc w:val="right"/>
      </w:pPr>
      <w:r>
        <w:rPr>
          <w:rFonts w:ascii="Arial" w:hAnsi="Arial" w:cs="Arial"/>
          <w:sz w:val="24"/>
          <w:rtl/>
          <w:szCs w:val="24"/>
        </w:rPr>
        <w:t>סיפור (ה׳–ו׳): לאיתי יש קושי בשמיעה, והוא יושב בשורה הראשונה. כשהכיתה מדברת ביחד הוא מפספס דברים. יום אחד יוסף הציע שכל מי שמדבר ירים יד ויסתובב אליו. זה היה שינוי קטן, ואיתי סוף סוף הרגיש חלק מהדיון. אילו שינויים קטנים יכולים לעזור למישהו בכיתה?</w:t>
      </w:r>
    </w:p>
    <w:p>
      <w:pPr>
        <w:bidi/>
        <w:jc w:val="right"/>
      </w:pPr>
      <w:r>
        <w:rPr>
          <w:rFonts w:ascii="Arial" w:hAnsi="Arial" w:cs="Arial"/>
          <w:sz w:val="24"/>
          <w:rtl/>
          <w:szCs w:val="24"/>
        </w:rPr>
        <w:t>• איזה שינוי קטן יכול לעזור למישהו בכיתה?</w:t>
      </w:r>
    </w:p>
    <w:p>
      <w:pPr>
        <w:bidi/>
        <w:jc w:val="right"/>
      </w:pPr>
      <w:r>
        <w:rPr>
          <w:rFonts w:ascii="Arial" w:hAnsi="Arial" w:cs="Arial"/>
          <w:sz w:val="24"/>
          <w:rtl/>
          <w:szCs w:val="24"/>
        </w:rPr>
        <w:t>• איך שואלים מישהו מה שלומו באמת?</w:t>
      </w:r>
    </w:p>
    <w:p>
      <w:pPr>
        <w:bidi/>
        <w:jc w:val="right"/>
      </w:pPr>
      <w:r>
        <w:rPr>
          <w:rFonts w:ascii="Arial" w:hAnsi="Arial" w:cs="Arial"/>
          <w:b/>
          <w:color w:val="2B8A3E"/>
          <w:sz w:val="26"/>
          <w:rtl/>
          <w:szCs w:val="26"/>
          <w:bCs/>
        </w:rPr>
        <w:t>▌ 📜 פרשת שלח</w:t>
      </w:r>
    </w:p>
    <w:p>
      <w:pPr>
        <w:bidi/>
        <w:jc w:val="right"/>
      </w:pPr>
      <w:r>
        <w:rPr>
          <w:rFonts w:ascii="Arial" w:hAnsi="Arial" w:cs="Arial"/>
          <w:sz w:val="24"/>
          <w:rtl/>
          <w:szCs w:val="24"/>
        </w:rPr>
        <w:t>"ונהי בעינינו כחגבים וכן היינו בעיניהם" (במדבר יג, לג) – לוודא</w:t>
      </w:r>
    </w:p>
    <w:p>
      <w:pPr>
        <w:bidi/>
        <w:jc w:val="right"/>
      </w:pPr>
      <w:r>
        <w:rPr>
          <w:rFonts w:ascii="Arial" w:hAnsi="Arial" w:cs="Arial"/>
          <w:sz w:val="24"/>
          <w:rtl/>
          <w:szCs w:val="24"/>
        </w:rPr>
        <w:t>המרגלים ראו אנשים גבוהים מאוד והרגישו קטנים כמו חגבים. לפעמים אנחנו מרגישים קטנים, אבל יש בנו יותר כוח ממה שנדמה.</w:t>
      </w:r>
    </w:p>
    <w:p>
      <w:pPr>
        <w:bidi/>
        <w:jc w:val="right"/>
      </w:pPr>
      <w:r>
        <w:rPr>
          <w:rFonts w:ascii="Arial" w:hAnsi="Arial" w:cs="Arial"/>
          <w:sz w:val="24"/>
          <w:rtl/>
          <w:szCs w:val="24"/>
        </w:rPr>
        <w:t>שאלה: מתי הרגשתם "קטנים", ומה עזר לכם להרגיש חזקים יותר?</w:t>
      </w:r>
    </w:p>
    <w:p>
      <w:pPr>
        <w:bidi/>
        <w:jc w:val="right"/>
      </w:pPr>
      <w:r>
        <w:rPr>
          <w:rFonts w:ascii="Arial" w:hAnsi="Arial" w:cs="Arial"/>
          <w:b/>
          <w:color w:val="2B8A3E"/>
          <w:sz w:val="26"/>
          <w:rtl/>
          <w:szCs w:val="26"/>
          <w:bCs/>
        </w:rPr>
        <w:t>▌ ✨ מילים מהפרשה לחיים: "וה' אתנו אל תיראם" (במדבר יד, ט)</w:t>
      </w:r>
    </w:p>
    <w:p>
      <w:pPr>
        <w:bidi/>
        <w:jc w:val="right"/>
      </w:pPr>
      <w:r>
        <w:rPr>
          <w:rFonts w:ascii="Arial" w:hAnsi="Arial" w:cs="Arial"/>
          <w:sz w:val="24"/>
          <w:rtl/>
          <w:szCs w:val="24"/>
        </w:rPr>
        <w:t>כשמשהו נראה גדול ומפחיד, קל לחשוב שאין סיכוי. אבל מי שמאמין יודע שהוא אף פעם לא לבד מול האתגר. השבוע, מול מבחן, משימה חדשה או מצב לא מוכר, נזכיר לעצמנו שיש כוח שמלווה אותנו.</w:t>
      </w:r>
    </w:p>
    <w:p>
      <w:pPr>
        <w:bidi/>
        <w:jc w:val="right"/>
      </w:pPr>
      <w:r>
        <w:rPr>
          <w:rFonts w:ascii="Arial" w:hAnsi="Arial" w:cs="Arial"/>
          <w:sz w:val="24"/>
          <w:rtl/>
          <w:szCs w:val="24"/>
        </w:rPr>
        <w:t>שאלה: מה נותן לכם אומץ כשמשהו נראה לכם קשה או מפחיד?</w:t>
      </w:r>
    </w:p>
    <w:p>
      <w:pPr>
        <w:bidi/>
        <w:jc w:val="right"/>
      </w:pPr>
      <w:r>
        <w:rPr>
          <w:rFonts w:ascii="Arial" w:hAnsi="Arial" w:cs="Arial"/>
          <w:sz w:val="24"/>
          <w:rtl/>
          <w:szCs w:val="24"/>
        </w:rPr>
        <w:t>🧩 חידה: יש לי שתיים, אני שומע בהן ולא רואה בהן. מה הן?  (תשובה: אוזניים)</w:t>
      </w:r>
    </w:p>
    <w:p>
      <w:pPr>
        <w:bidi/>
        <w:jc w:val="right"/>
      </w:pPr>
      <w:r>
        <w:rPr>
          <w:rFonts w:ascii="Arial" w:hAnsi="Arial" w:cs="Arial"/>
          <w:sz w:val="24"/>
          <w:rtl/>
          <w:szCs w:val="24"/>
        </w:rPr>
        <w:t>🎯 מטרות: לשים לב למי שמשחק לבד ולהזמין · לשאול חבר: מה שלומך? · לעזור למי שמתקשה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מישהו שם לב אליכם, או אתם שמתם לב למישהו?</w:t>
      </w:r>
    </w:p>
    <w:p>
      <w:pPr>
        <w:bidi/>
        <w:jc w:val="right"/>
      </w:pPr>
      <w:r>
        <w:rPr>
          <w:rFonts w:ascii="Arial" w:hAnsi="Arial" w:cs="Arial"/>
          <w:sz w:val="24"/>
          <w:rtl/>
          <w:szCs w:val="24"/>
        </w:rPr>
        <w:t>• 🙏 למי תרצו להודות על שראה אתכם והתחשב בכם?</w:t>
      </w:r>
    </w:p>
    <w:p>
      <w:pPr>
        <w:bidi/>
        <w:jc w:val="right"/>
      </w:pPr>
      <w:r>
        <w:rPr>
          <w:rFonts w:ascii="Arial" w:hAnsi="Arial" w:cs="Arial"/>
          <w:sz w:val="24"/>
          <w:rtl/>
          <w:szCs w:val="24"/>
        </w:rPr>
        <w:t>• 💛 מחמאת רגישות: "שמתי לב שראית את... ועזרת לו/לה"</w:t>
      </w:r>
    </w:p>
    <w:p>
      <w:pPr>
        <w:bidi/>
        <w:jc w:val="right"/>
      </w:pPr>
      <w:r>
        <w:rPr>
          <w:rFonts w:ascii="Arial" w:hAnsi="Arial" w:cs="Arial"/>
          <w:sz w:val="24"/>
          <w:rtl/>
          <w:szCs w:val="24"/>
        </w:rPr>
        <w:t>• 💡 מה למדתי השבוע על לשים לב לאחרים?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נקשיב לשקט בכיתה לרגע, ונשלח מחשבה טובה למי שצריך אותה</w:t>
      </w:r>
    </w:p>
    <w:p>
      <w:pPr>
        <w:bidi/>
        <w:pStyle w:val="Heading2"/>
        <w:jc w:val="right"/>
      </w:pPr>
      <w:r>
        <w:rPr>
          <w:rFonts w:ascii="Arial" w:hAnsi="Arial" w:cs="Arial"/>
          <w:b/>
          <w:color w:val="2B8A3E"/>
          <w:sz w:val="32"/>
          <w:rtl/>
          <w:szCs w:val="32"/>
          <w:bCs/>
        </w:rPr>
        <w:t>🌅 פרידה וסיכום – שבוע 27.6 עד 2.7.2027 · כ״ב סיון תשפ״ז</w:t>
      </w:r>
    </w:p>
    <w:p>
      <w:pPr>
        <w:bidi/>
        <w:jc w:val="right"/>
      </w:pPr>
      <w:r>
        <w:rPr>
          <w:rFonts w:ascii="Arial" w:hAnsi="Arial" w:cs="Arial"/>
          <w:color w:val="555577"/>
          <w:sz w:val="24"/>
          <w:rtl/>
          <w:szCs w:val="24"/>
        </w:rPr>
        <w:t>להסתכל אחורה בהכרת תודה על הדרך, ולהיפרד בלב פתוח לקראת המשך · המשפט של השבוע: "כל סוף הוא גם התחלה של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תּוֹדָה עַל הַדֶּרֶךְ שֶׁעָבַרְנוּ יַחַד</w:t>
      </w:r>
    </w:p>
    <w:p>
      <w:pPr>
        <w:bidi/>
        <w:jc w:val="right"/>
      </w:pPr>
      <w:r>
        <w:rPr>
          <w:rFonts w:ascii="Arial" w:hAnsi="Arial" w:cs="Arial"/>
          <w:sz w:val="24"/>
          <w:rtl/>
          <w:szCs w:val="24"/>
        </w:rPr>
        <w:t>סיפור (א׳–ד׳): בסוף השנה הכיתה הכינה ספר תמונות. כל ילד וילדה ציירו את הרגע הכי שמח שלהם. טל ציירה את היום שבו כולם שתלו עץ בחצר.</w:t>
      </w:r>
    </w:p>
    <w:p>
      <w:pPr>
        <w:bidi/>
        <w:jc w:val="right"/>
      </w:pPr>
      <w:r>
        <w:rPr>
          <w:rFonts w:ascii="Arial" w:hAnsi="Arial" w:cs="Arial"/>
          <w:sz w:val="24"/>
          <w:rtl/>
          <w:szCs w:val="24"/>
        </w:rPr>
        <w:t>• מה היה הרגע הכי שמח שלכם השנה?</w:t>
      </w:r>
    </w:p>
    <w:p>
      <w:pPr>
        <w:bidi/>
        <w:jc w:val="right"/>
      </w:pPr>
      <w:r>
        <w:rPr>
          <w:rFonts w:ascii="Arial" w:hAnsi="Arial" w:cs="Arial"/>
          <w:sz w:val="24"/>
          <w:rtl/>
          <w:szCs w:val="24"/>
        </w:rPr>
        <w:t>• מה תרצו לומר לחברים לפני החופש?</w:t>
      </w:r>
    </w:p>
    <w:p>
      <w:pPr>
        <w:bidi/>
        <w:jc w:val="right"/>
      </w:pPr>
      <w:r>
        <w:rPr>
          <w:rFonts w:ascii="Arial" w:hAnsi="Arial" w:cs="Arial"/>
          <w:sz w:val="24"/>
          <w:rtl/>
          <w:szCs w:val="24"/>
        </w:rPr>
        <w:t>סיפור (ה׳–ו׳): אדל עוברת בשנה הבאה לבית ספר אחר, והיא עצובה להיפרד מהחברים. היא כתבה לכל אחד פתק קטן עם זיכרון משותף. החברים הפתיעו אותה בספר ברכות. איך נפרדים בצורה שמשאירה טעם טוב?</w:t>
      </w:r>
    </w:p>
    <w:p>
      <w:pPr>
        <w:bidi/>
        <w:jc w:val="right"/>
      </w:pPr>
      <w:r>
        <w:rPr>
          <w:rFonts w:ascii="Arial" w:hAnsi="Arial" w:cs="Arial"/>
          <w:sz w:val="24"/>
          <w:rtl/>
          <w:szCs w:val="24"/>
        </w:rPr>
        <w:t>• מה למדתם השנה שאתם גאים בו?</w:t>
      </w:r>
    </w:p>
    <w:p>
      <w:pPr>
        <w:bidi/>
        <w:jc w:val="right"/>
      </w:pPr>
      <w:r>
        <w:rPr>
          <w:rFonts w:ascii="Arial" w:hAnsi="Arial" w:cs="Arial"/>
          <w:sz w:val="24"/>
          <w:rtl/>
          <w:szCs w:val="24"/>
        </w:rPr>
        <w:t>• איך נפרדים מחבר או מחברה שעוברים מקום?</w:t>
      </w:r>
    </w:p>
    <w:p>
      <w:pPr>
        <w:bidi/>
        <w:jc w:val="right"/>
      </w:pPr>
      <w:r>
        <w:rPr>
          <w:rFonts w:ascii="Arial" w:hAnsi="Arial" w:cs="Arial"/>
          <w:b/>
          <w:color w:val="2B8A3E"/>
          <w:sz w:val="26"/>
          <w:rtl/>
          <w:szCs w:val="26"/>
          <w:bCs/>
        </w:rPr>
        <w:t>▌ 📜 פרשת קרח</w:t>
      </w:r>
    </w:p>
    <w:p>
      <w:pPr>
        <w:bidi/>
        <w:jc w:val="right"/>
      </w:pPr>
      <w:r>
        <w:rPr>
          <w:rFonts w:ascii="Arial" w:hAnsi="Arial" w:cs="Arial"/>
          <w:sz w:val="24"/>
          <w:rtl/>
          <w:szCs w:val="24"/>
        </w:rPr>
        <w:t>"ויצא פרח ויצץ ציץ ויגמל שקדים" (במדבר יז, כג) – לוודא</w:t>
      </w:r>
    </w:p>
    <w:p>
      <w:pPr>
        <w:bidi/>
        <w:jc w:val="right"/>
      </w:pPr>
      <w:r>
        <w:rPr>
          <w:rFonts w:ascii="Arial" w:hAnsi="Arial" w:cs="Arial"/>
          <w:sz w:val="24"/>
          <w:rtl/>
          <w:szCs w:val="24"/>
        </w:rPr>
        <w:t>מקל עץ יבש של אהרן הוציא בלילה אחד פרחים ושקדים. מה שנראה יבש יכול לפרוח.</w:t>
      </w:r>
    </w:p>
    <w:p>
      <w:pPr>
        <w:bidi/>
        <w:jc w:val="right"/>
      </w:pPr>
      <w:r>
        <w:rPr>
          <w:rFonts w:ascii="Arial" w:hAnsi="Arial" w:cs="Arial"/>
          <w:sz w:val="24"/>
          <w:rtl/>
          <w:szCs w:val="24"/>
        </w:rPr>
        <w:t>שאלה: באיזה תחום הייתם רוצים "לפרוח" השנה?</w:t>
      </w:r>
    </w:p>
    <w:p>
      <w:pPr>
        <w:bidi/>
        <w:jc w:val="right"/>
      </w:pPr>
      <w:r>
        <w:rPr>
          <w:rFonts w:ascii="Arial" w:hAnsi="Arial" w:cs="Arial"/>
          <w:b/>
          <w:color w:val="2B8A3E"/>
          <w:sz w:val="26"/>
          <w:rtl/>
          <w:szCs w:val="26"/>
          <w:bCs/>
        </w:rPr>
        <w:t>▌ ✨ מילים מהפרשה לחיים: "ויצץ ציץ ויגמל שקדים" (במדבר יז, כג)</w:t>
      </w:r>
    </w:p>
    <w:p>
      <w:pPr>
        <w:bidi/>
        <w:jc w:val="right"/>
      </w:pPr>
      <w:r>
        <w:rPr>
          <w:rFonts w:ascii="Arial" w:hAnsi="Arial" w:cs="Arial"/>
          <w:sz w:val="24"/>
          <w:rtl/>
          <w:szCs w:val="24"/>
        </w:rPr>
        <w:t>ממקל יבש יצאו פרחים ושקדים, וזה הזכיר לכולם שגם במקום שנראה בלי חיים יכולה לצמוח ברכה. גם בנו יש כוחות שעוד לא פרחו. השבוע נאמין שאפשר לצמוח, להשתנות ולהפתיע את עצמנו.</w:t>
      </w:r>
    </w:p>
    <w:p>
      <w:pPr>
        <w:bidi/>
        <w:jc w:val="right"/>
      </w:pPr>
      <w:r>
        <w:rPr>
          <w:rFonts w:ascii="Arial" w:hAnsi="Arial" w:cs="Arial"/>
          <w:sz w:val="24"/>
          <w:rtl/>
          <w:szCs w:val="24"/>
        </w:rPr>
        <w:t>שאלה: איזה כישרון או כוח הייתם רוצים שיפרח אצלכם השנה?</w:t>
      </w:r>
    </w:p>
    <w:p>
      <w:pPr>
        <w:bidi/>
        <w:jc w:val="right"/>
      </w:pPr>
      <w:r>
        <w:rPr>
          <w:rFonts w:ascii="Arial" w:hAnsi="Arial" w:cs="Arial"/>
          <w:sz w:val="24"/>
          <w:rtl/>
          <w:szCs w:val="24"/>
        </w:rPr>
        <w:t>🧩 חידה: אני בא אחרי האביב ולפני הסתיו, ואז יש חופש גדול מבית הספר. מי אני?  (תשובה: הקיץ)</w:t>
      </w:r>
    </w:p>
    <w:p>
      <w:pPr>
        <w:bidi/>
        <w:jc w:val="right"/>
      </w:pPr>
      <w:r>
        <w:rPr>
          <w:rFonts w:ascii="Arial" w:hAnsi="Arial" w:cs="Arial"/>
          <w:sz w:val="24"/>
          <w:rtl/>
          <w:szCs w:val="24"/>
        </w:rPr>
        <w:t>🎯 מטרות: לומר תודה לשלושה אנשים בכיתה · לצייר זיכרון טוב מהשנה · להיפרד יפה מכולם</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הרגע הכי משמעותי שלכם השנה?</w:t>
      </w:r>
    </w:p>
    <w:p>
      <w:pPr>
        <w:bidi/>
        <w:jc w:val="right"/>
      </w:pPr>
      <w:r>
        <w:rPr>
          <w:rFonts w:ascii="Arial" w:hAnsi="Arial" w:cs="Arial"/>
          <w:sz w:val="24"/>
          <w:rtl/>
          <w:szCs w:val="24"/>
        </w:rPr>
        <w:t>• 🙏 למי תרצו להודות על כל השנה?</w:t>
      </w:r>
    </w:p>
    <w:p>
      <w:pPr>
        <w:bidi/>
        <w:jc w:val="right"/>
      </w:pPr>
      <w:r>
        <w:rPr>
          <w:rFonts w:ascii="Arial" w:hAnsi="Arial" w:cs="Arial"/>
          <w:sz w:val="24"/>
          <w:rtl/>
          <w:szCs w:val="24"/>
        </w:rPr>
        <w:t>• 💛 מחמאת סיכום: "השנה ראיתי אותך צומח/ת ב..."</w:t>
      </w:r>
    </w:p>
    <w:p>
      <w:pPr>
        <w:bidi/>
        <w:jc w:val="right"/>
      </w:pPr>
      <w:r>
        <w:rPr>
          <w:rFonts w:ascii="Arial" w:hAnsi="Arial" w:cs="Arial"/>
          <w:sz w:val="24"/>
          <w:rtl/>
          <w:szCs w:val="24"/>
        </w:rPr>
        <w:t>• 💡 מה הדבר החשוב ביותר שלמדתי השנה?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נסגור עיניים, ניזכר ברגע טוב מהשנה, ונשמור אותו בלב</w:t>
      </w:r>
    </w:p>
    <w:p>
      <w:pPr>
        <w:bidi/>
        <w:pStyle w:val="Heading2"/>
        <w:jc w:val="right"/>
      </w:pPr>
      <w:r>
        <w:rPr>
          <w:rFonts w:ascii="Arial" w:hAnsi="Arial" w:cs="Arial"/>
          <w:b/>
          <w:color w:val="2B8A3E"/>
          <w:sz w:val="32"/>
          <w:rtl/>
          <w:szCs w:val="32"/>
          <w:bCs/>
        </w:rPr>
        <w:t>🌳 מסורת ושורשים – שבוע גמיש</w:t>
      </w:r>
    </w:p>
    <w:p>
      <w:pPr>
        <w:bidi/>
        <w:jc w:val="right"/>
      </w:pPr>
      <w:r>
        <w:rPr>
          <w:rFonts w:ascii="Arial" w:hAnsi="Arial" w:cs="Arial"/>
          <w:color w:val="555577"/>
          <w:sz w:val="24"/>
          <w:rtl/>
          <w:szCs w:val="24"/>
        </w:rPr>
        <w:t>להכיר את הסיפורים, המנהגים והמקומות שמהם באנו, ולכבד גם את של אחרים · המשפט של השבוע: "עץ עם שורשים עמוקים יכול לגדול גבוה"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לא׳–ב׳: לְכָל אֶחָד יֵשׁ שׁוֹרָשִׁים</w:t>
      </w:r>
    </w:p>
    <w:p>
      <w:pPr>
        <w:bidi/>
        <w:jc w:val="right"/>
      </w:pPr>
      <w:r>
        <w:rPr>
          <w:rFonts w:ascii="Arial" w:hAnsi="Arial" w:cs="Arial"/>
          <w:sz w:val="24"/>
          <w:rtl/>
          <w:szCs w:val="24"/>
        </w:rPr>
        <w:t>סיפור (א׳–ד׳): יוסף הביא לכיתה את המתכון של הלחוח של סבתא שלו. מיכאל הביא את המתכון של הבליני של סבא שלו. המורה אמרה: "איזה מזל שיש לנו כל כך הרבה טעמים בכיתה אחת".</w:t>
      </w:r>
    </w:p>
    <w:p>
      <w:pPr>
        <w:bidi/>
        <w:jc w:val="right"/>
      </w:pPr>
      <w:r>
        <w:rPr>
          <w:rFonts w:ascii="Arial" w:hAnsi="Arial" w:cs="Arial"/>
          <w:sz w:val="24"/>
          <w:rtl/>
          <w:szCs w:val="24"/>
        </w:rPr>
        <w:t>• איזה מאכל מיוחד אוכלים אצלכם בבית?</w:t>
      </w:r>
    </w:p>
    <w:p>
      <w:pPr>
        <w:bidi/>
        <w:jc w:val="right"/>
      </w:pPr>
      <w:r>
        <w:rPr>
          <w:rFonts w:ascii="Arial" w:hAnsi="Arial" w:cs="Arial"/>
          <w:sz w:val="24"/>
          <w:rtl/>
          <w:szCs w:val="24"/>
        </w:rPr>
        <w:t>• איזה סיפור על המשפחה אתם אוהבים לשמוע?</w:t>
      </w:r>
    </w:p>
    <w:p>
      <w:pPr>
        <w:bidi/>
        <w:jc w:val="right"/>
      </w:pPr>
      <w:r>
        <w:rPr>
          <w:rFonts w:ascii="Arial" w:hAnsi="Arial" w:cs="Arial"/>
          <w:sz w:val="24"/>
          <w:rtl/>
          <w:szCs w:val="24"/>
        </w:rPr>
        <w:t>סיפור (ה׳–ו׳): לנועה יש סבתא שנולדה במרוקו וסבא שנולד באתיופיה. בבית חוגגים מימונה וגם סיגד. פעם חבר שאל אותה "אז מאיפה את באמת?". נועה חייכה וענתה: "מכאן, ומשם, ומשם". איך אפשר להחזיק כמה שורשים ביחד?</w:t>
      </w:r>
    </w:p>
    <w:p>
      <w:pPr>
        <w:bidi/>
        <w:jc w:val="right"/>
      </w:pPr>
      <w:r>
        <w:rPr>
          <w:rFonts w:ascii="Arial" w:hAnsi="Arial" w:cs="Arial"/>
          <w:sz w:val="24"/>
          <w:rtl/>
          <w:szCs w:val="24"/>
        </w:rPr>
        <w:t>• איזה מנהג משפחתי אתם אוהבים, ולמה?</w:t>
      </w:r>
    </w:p>
    <w:p>
      <w:pPr>
        <w:bidi/>
        <w:jc w:val="right"/>
      </w:pPr>
      <w:r>
        <w:rPr>
          <w:rFonts w:ascii="Arial" w:hAnsi="Arial" w:cs="Arial"/>
          <w:sz w:val="24"/>
          <w:rtl/>
          <w:szCs w:val="24"/>
        </w:rPr>
        <w:t>• מה אפשר ללמוד ממנהגים של חברים מתרבויות אחרות?</w:t>
      </w:r>
    </w:p>
    <w:p>
      <w:pPr>
        <w:bidi/>
        <w:jc w:val="right"/>
      </w:pPr>
      <w:r>
        <w:rPr>
          <w:rFonts w:ascii="Arial" w:hAnsi="Arial" w:cs="Arial"/>
          <w:sz w:val="24"/>
          <w:rtl/>
          <w:szCs w:val="24"/>
        </w:rPr>
        <w:t>🧩 חידה: אני גדל באדמה, לא רואים אותי, אבל בלעדיי העץ היה נופל. מה אני?  (תשובה: שורש)</w:t>
      </w:r>
    </w:p>
    <w:p>
      <w:pPr>
        <w:bidi/>
        <w:jc w:val="right"/>
      </w:pPr>
      <w:r>
        <w:rPr>
          <w:rFonts w:ascii="Arial" w:hAnsi="Arial" w:cs="Arial"/>
          <w:sz w:val="24"/>
          <w:rtl/>
          <w:szCs w:val="24"/>
        </w:rPr>
        <w:t>🎯 מטרות: לשאול מישהו בבית על סיפור מהעבר · לספר לכיתה על מאכל או מנהג · ללמוד מנהג של חבר או חברה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איזה סיפור או מנהג חדש שמעתם השבוע?</w:t>
      </w:r>
    </w:p>
    <w:p>
      <w:pPr>
        <w:bidi/>
        <w:jc w:val="right"/>
      </w:pPr>
      <w:r>
        <w:rPr>
          <w:rFonts w:ascii="Arial" w:hAnsi="Arial" w:cs="Arial"/>
          <w:sz w:val="24"/>
          <w:rtl/>
          <w:szCs w:val="24"/>
        </w:rPr>
        <w:t>• 🙏 למי תרצו להודות על שסיפר לכם על העבר?</w:t>
      </w:r>
    </w:p>
    <w:p>
      <w:pPr>
        <w:bidi/>
        <w:jc w:val="right"/>
      </w:pPr>
      <w:r>
        <w:rPr>
          <w:rFonts w:ascii="Arial" w:hAnsi="Arial" w:cs="Arial"/>
          <w:sz w:val="24"/>
          <w:rtl/>
          <w:szCs w:val="24"/>
        </w:rPr>
        <w:t>• 💛 מחמאה על שיתוף: "היה לי מעניין לשמוע על..."</w:t>
      </w:r>
    </w:p>
    <w:p>
      <w:pPr>
        <w:bidi/>
        <w:jc w:val="right"/>
      </w:pPr>
      <w:r>
        <w:rPr>
          <w:rFonts w:ascii="Arial" w:hAnsi="Arial" w:cs="Arial"/>
          <w:sz w:val="24"/>
          <w:rtl/>
          <w:szCs w:val="24"/>
        </w:rPr>
        <w:t>• 💡 מה למדתי השבוע על השורשים שלי ושל אחרים?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נדמיין עץ גדול עם שורשים עמוקים, ונרגיש יציבים ורגועים כמוהו</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יסודי (א׳–ו׳) · ממלכתי־דתי · חלק ב: מ־31.1 עד 2.7.2027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